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3CD" w:rsidRDefault="001E63CD">
      <w:pPr>
        <w:autoSpaceDE w:val="0"/>
        <w:autoSpaceDN w:val="0"/>
        <w:spacing w:after="78" w:line="220" w:lineRule="exact"/>
      </w:pPr>
    </w:p>
    <w:p w:rsidR="006F4976" w:rsidRDefault="006F4976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  <w:r>
        <w:rPr>
          <w:noProof/>
          <w:lang w:val="ru-RU" w:eastAsia="ru-RU"/>
        </w:rPr>
        <w:drawing>
          <wp:inline distT="0" distB="0" distL="0" distR="0" wp14:anchorId="6AEBEEE8" wp14:editId="09BDAD66">
            <wp:extent cx="6725920" cy="9502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5920" cy="950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976" w:rsidRDefault="006F4976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:rsidR="006F4976" w:rsidRDefault="006F4976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6F4976" w:rsidRDefault="006F4976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E63CD" w:rsidRPr="00265CB9" w:rsidRDefault="006F4976">
      <w:pPr>
        <w:autoSpaceDE w:val="0"/>
        <w:autoSpaceDN w:val="0"/>
        <w:spacing w:after="0" w:line="230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 xml:space="preserve">                                                              </w:t>
      </w:r>
      <w:bookmarkStart w:id="0" w:name="_GoBack"/>
      <w:bookmarkEnd w:id="0"/>
      <w:r w:rsidR="000B33DF"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1E63CD" w:rsidRPr="00265CB9" w:rsidRDefault="000B33DF">
      <w:pPr>
        <w:autoSpaceDE w:val="0"/>
        <w:autoSpaceDN w:val="0"/>
        <w:spacing w:before="346" w:after="0" w:line="286" w:lineRule="auto"/>
        <w:ind w:firstLine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 по  литературному  чтению на родном (русском) языке на уровне начального общего образования подготовлена в соответствии с реализацией Федерального закона от 3 августа 2018 г. № 317-ФЗ «О внесении изменений в статьи 11 и 14 Федерального закона „Об образовании в Российской Федерации” на основе Федерального государственного образовательного стандарта начального общего образования (Приказ Министерства просвещения Российской Федерации от 31.05.2021 г. № 286 «Об утверждении федерального государственного образовательного стандарта начального общего образования», зарегистрирован Министерством юстиции Российской Федерации 05.07.2021 г.  № 64100), Примерной программы воспитания (утверждена решением ФУМО по общему образованию от 2 июня 2020 г.) и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</w:t>
      </w:r>
    </w:p>
    <w:p w:rsidR="001E63CD" w:rsidRPr="00265CB9" w:rsidRDefault="000B33DF">
      <w:pPr>
        <w:autoSpaceDE w:val="0"/>
        <w:autoSpaceDN w:val="0"/>
        <w:spacing w:before="262" w:after="0" w:line="262" w:lineRule="auto"/>
        <w:ind w:right="576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«ЛИТЕРАТУРНОЕ ЧТЕНИЕ НА РОДНОМ (РУССКОМ) ЯЗЫКЕ»</w:t>
      </w:r>
    </w:p>
    <w:p w:rsidR="001E63CD" w:rsidRPr="00265CB9" w:rsidRDefault="000B33DF">
      <w:pPr>
        <w:autoSpaceDE w:val="0"/>
        <w:autoSpaceDN w:val="0"/>
        <w:spacing w:before="166" w:after="0" w:line="271" w:lineRule="auto"/>
        <w:ind w:firstLine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учебного предмета «Литературное чтение на родном (русском) </w:t>
      </w:r>
      <w:proofErr w:type="spellStart"/>
      <w:proofErr w:type="gram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языке»разработана</w:t>
      </w:r>
      <w:proofErr w:type="spellEnd"/>
      <w:proofErr w:type="gram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для организаций, реализующих программы начального общего образования. Программа направлена на оказание методической помощи образовательным организациям и учителю и позволит:</w:t>
      </w:r>
    </w:p>
    <w:p w:rsidR="001E63CD" w:rsidRPr="00265CB9" w:rsidRDefault="000B33DF">
      <w:pPr>
        <w:autoSpaceDE w:val="0"/>
        <w:autoSpaceDN w:val="0"/>
        <w:spacing w:before="178" w:after="0"/>
        <w:ind w:left="420" w:right="43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реализовать в процессе преподавания учебного предмета «Литературное чтение на родном (русском) языке» современные подходы к достижению личностных,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обучения, сформулированных в Федеральном государственном образовательном стандарте начального общего образования;</w:t>
      </w:r>
    </w:p>
    <w:p w:rsidR="001E63CD" w:rsidRPr="00265CB9" w:rsidRDefault="000B33DF">
      <w:pPr>
        <w:autoSpaceDE w:val="0"/>
        <w:autoSpaceDN w:val="0"/>
        <w:spacing w:before="190" w:after="0" w:line="283" w:lineRule="auto"/>
        <w:ind w:left="420" w:right="144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определить и структурировать планируемые результаты обучения и содержание учебного предмета «Литературное чтение на родном (русском) языке» по годам обучения в соответствии с ФГОС НОО; Примерной основной образовательной программой начального общего образования (в редакции протокола от 8 апреля 2015 г. № 1/15 федерального учебно-методического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объединения по общему образованию); Примерной программой воспитания (одобрена решением федерального учебно-методического объединения  по  общему  образованию,  протокол  от 2 июня 2020 г. № 2/20);</w:t>
      </w:r>
    </w:p>
    <w:p w:rsidR="001E63CD" w:rsidRPr="00265CB9" w:rsidRDefault="000B33DF">
      <w:pPr>
        <w:autoSpaceDE w:val="0"/>
        <w:autoSpaceDN w:val="0"/>
        <w:spacing w:before="192" w:after="0"/>
        <w:ind w:left="420" w:right="28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разработать календарно-тематическое планирование с учётом особенностей конкретного класса, используя рекомендованное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 разделов/тем курса.</w:t>
      </w:r>
    </w:p>
    <w:p w:rsidR="001E63CD" w:rsidRPr="00265CB9" w:rsidRDefault="000B33DF">
      <w:pPr>
        <w:autoSpaceDE w:val="0"/>
        <w:autoSpaceDN w:val="0"/>
        <w:spacing w:before="178" w:after="0" w:line="283" w:lineRule="auto"/>
        <w:ind w:firstLine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требований, заданных Федеральным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государственным образовательным стандартом начального общего образования к предметной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области«Родной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 и литературное чтение на родном языке». Программа ориентирована на сопровождение и поддержку курса литературного чтения, входящего в образовательную область «Русский язык и литературное чтение», при этом цели курса литературного чтения на родном (русском) языке в рамках предметной области «Родной язык и литературное чтение на родном языке» имеют свою специфику.</w:t>
      </w:r>
    </w:p>
    <w:p w:rsidR="001E63CD" w:rsidRPr="00265CB9" w:rsidRDefault="000B33DF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требованиями ФГОС НОО к результатам освоения основной образовательной программы по учебному предмету «Литературное чтение на родном языке» курс направлен на формирование понимания места и роли литературы на родном языке в едином культурном пространстве Российской Федерации, в сохранении и передаче от поколения к поколению историко-</w:t>
      </w:r>
    </w:p>
    <w:p w:rsidR="001E63CD" w:rsidRPr="00265CB9" w:rsidRDefault="001E63CD">
      <w:pPr>
        <w:rPr>
          <w:lang w:val="ru-RU"/>
        </w:rPr>
        <w:sectPr w:rsidR="001E63CD" w:rsidRPr="00265CB9">
          <w:pgSz w:w="11900" w:h="16840"/>
          <w:pgMar w:top="298" w:right="642" w:bottom="420" w:left="666" w:header="720" w:footer="720" w:gutter="0"/>
          <w:cols w:space="720" w:equalWidth="0">
            <w:col w:w="10592" w:space="0"/>
          </w:cols>
          <w:docGrid w:linePitch="360"/>
        </w:sectPr>
      </w:pPr>
    </w:p>
    <w:p w:rsidR="001E63CD" w:rsidRPr="00265CB9" w:rsidRDefault="001E63CD">
      <w:pPr>
        <w:autoSpaceDE w:val="0"/>
        <w:autoSpaceDN w:val="0"/>
        <w:spacing w:after="66" w:line="220" w:lineRule="exact"/>
        <w:rPr>
          <w:lang w:val="ru-RU"/>
        </w:rPr>
      </w:pPr>
    </w:p>
    <w:p w:rsidR="001E63CD" w:rsidRPr="00265CB9" w:rsidRDefault="000B33DF">
      <w:pPr>
        <w:autoSpaceDE w:val="0"/>
        <w:autoSpaceDN w:val="0"/>
        <w:spacing w:after="0" w:line="288" w:lineRule="auto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культурных, нравственных, эстетических ценностей; понимания роли фольклора и художественной литературы родного народа в создании культурного, морально-этического и эстетического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пространства субъекта Российской Федерации; на формирование понимания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традиций, формирования представлений о мире, национальной истории и культуре, воспитания потребности в систематическом чтении на родном языке для обеспечения культурной самоидентификации. В основу курса «Литературное чтение на родном (русском) языке» положена мысль о том, что русская литература включает в себя систему ценностных кодов, единых для национальной культурной традиции. Являясь средством не только их сохранения, но и передачи подрастающему поколению, русская литература устанавливает тем самым преемственную связь прошлого, настоящего и будущего русской национально-культурной традиции в сознании младших школьников.</w:t>
      </w:r>
    </w:p>
    <w:p w:rsidR="001E63CD" w:rsidRPr="00265CB9" w:rsidRDefault="000B33DF">
      <w:pPr>
        <w:autoSpaceDE w:val="0"/>
        <w:autoSpaceDN w:val="0"/>
        <w:spacing w:before="262" w:after="0" w:line="262" w:lineRule="auto"/>
        <w:ind w:right="576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«ЛИТЕРАТУРНОЕ ЧТЕНИЕ НА РОДНОМ (РУССКОМ) ЯЗЫКЕ»</w:t>
      </w:r>
    </w:p>
    <w:p w:rsidR="001E63CD" w:rsidRPr="00265CB9" w:rsidRDefault="000B33DF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Целями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изучения предмета «Литературное чтение на родном (русском) языке» являются:</w:t>
      </w:r>
    </w:p>
    <w:p w:rsidR="001E63CD" w:rsidRPr="00265CB9" w:rsidRDefault="000B33DF">
      <w:pPr>
        <w:autoSpaceDE w:val="0"/>
        <w:autoSpaceDN w:val="0"/>
        <w:spacing w:before="178" w:after="0" w:line="262" w:lineRule="auto"/>
        <w:ind w:left="420" w:right="144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воспитание ценностного отношения к русской литературе и русскому языку как существенной части родной культуры;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включение обучающихся в культурно-языковое пространство своего народа и приобщение к его культурному наследию и современности, к традициям своего народа;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осознание исторической преемственности поколений, своей ответственности за сохранение русской культуры;</w:t>
      </w:r>
    </w:p>
    <w:p w:rsidR="001E63CD" w:rsidRPr="00265CB9" w:rsidRDefault="000B33DF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развитие читательских умений.</w:t>
      </w:r>
    </w:p>
    <w:p w:rsidR="001E63CD" w:rsidRPr="00265CB9" w:rsidRDefault="000B33DF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Достижение данных целей предполагает решение следующих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задач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1E63CD" w:rsidRPr="00265CB9" w:rsidRDefault="000B33DF">
      <w:pPr>
        <w:autoSpaceDE w:val="0"/>
        <w:autoSpaceDN w:val="0"/>
        <w:spacing w:before="178" w:after="0" w:line="271" w:lineRule="auto"/>
        <w:ind w:left="420" w:right="736"/>
        <w:jc w:val="both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</w:t>
      </w:r>
    </w:p>
    <w:p w:rsidR="001E63CD" w:rsidRPr="00265CB9" w:rsidRDefault="000B33DF">
      <w:pPr>
        <w:autoSpaceDE w:val="0"/>
        <w:autoSpaceDN w:val="0"/>
        <w:spacing w:before="192" w:after="0"/>
        <w:ind w:left="420" w:right="43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воспитание ценностного отношения к историко-культурному опыту русского народа, введение обучающегося в культурно- языковое пространство своего народа; формирование у младшего школьника интереса к русской литературе как источнику историко-культурных, нравственных, эстетических ценностей;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представлений об основных нравственно-этических ценностях, значимых для национального русского сознания и отражённых в родной литературе;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обогащение знаний о художественно-эстетических возможностях русского языка на основе изучения произведений русской литературы;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потребности в постоянном чтении для развития личности, для речевого самосовершенствования;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совершенствование читательских умений понимать и оценивать содержание и специфику различных текстов, участвовать в их обсуждении;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115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развитие всех видов речевой деятельности, приобретение опыта создания устных и письменных высказываний о прочитанном.</w:t>
      </w:r>
    </w:p>
    <w:p w:rsidR="001E63CD" w:rsidRPr="00265CB9" w:rsidRDefault="001E63CD">
      <w:pPr>
        <w:rPr>
          <w:lang w:val="ru-RU"/>
        </w:rPr>
        <w:sectPr w:rsidR="001E63CD" w:rsidRPr="00265CB9">
          <w:pgSz w:w="11900" w:h="16840"/>
          <w:pgMar w:top="286" w:right="718" w:bottom="372" w:left="666" w:header="720" w:footer="720" w:gutter="0"/>
          <w:cols w:space="720" w:equalWidth="0">
            <w:col w:w="10516" w:space="0"/>
          </w:cols>
          <w:docGrid w:linePitch="360"/>
        </w:sectPr>
      </w:pPr>
    </w:p>
    <w:p w:rsidR="001E63CD" w:rsidRPr="00265CB9" w:rsidRDefault="001E63CD">
      <w:pPr>
        <w:autoSpaceDE w:val="0"/>
        <w:autoSpaceDN w:val="0"/>
        <w:spacing w:after="78" w:line="220" w:lineRule="exact"/>
        <w:rPr>
          <w:lang w:val="ru-RU"/>
        </w:rPr>
      </w:pPr>
    </w:p>
    <w:p w:rsidR="001E63CD" w:rsidRPr="00265CB9" w:rsidRDefault="000B33DF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ЛИТЕРАТУРНОЕ ЧТЕНИЕ НА РОДНОМ (РУССКОМ) ЯЗЫКЕ» В УЧЕБНОМ ПЛАНЕ</w:t>
      </w:r>
    </w:p>
    <w:p w:rsidR="001E63CD" w:rsidRPr="00265CB9" w:rsidRDefault="000B33DF">
      <w:pPr>
        <w:autoSpaceDE w:val="0"/>
        <w:autoSpaceDN w:val="0"/>
        <w:spacing w:before="166" w:after="0" w:line="281" w:lineRule="auto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по предмету «Литературное чтение на родном (русском) языке» составлена на основе требований к предметным результатам освоения основной образовательной программы,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представленных в Федеральном государственном образовательном стандарте начального общего образования, и рассчитана на общую учебную нагрузку в объёме 135 часов (33 часа в 1 классе и по 34 часа во 2—4 классах). На изучение инвариантной части программы отводится 118 учебных часов.</w:t>
      </w:r>
    </w:p>
    <w:p w:rsidR="001E63CD" w:rsidRPr="00265CB9" w:rsidRDefault="000B33DF">
      <w:pPr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Резерв учебного времени, составляющий 17 учебных часов, отводится на вариативную часть программы, которая предусматривает изучение произведений, отобранных составителями рабочих программ для реализации регионального компонента содержания литературного образования, учитывающего в том числе национальные и этнокультурные особенности народов Российской Федерации.</w:t>
      </w:r>
    </w:p>
    <w:p w:rsidR="001E63CD" w:rsidRPr="00265CB9" w:rsidRDefault="000B33DF">
      <w:pPr>
        <w:autoSpaceDE w:val="0"/>
        <w:autoSpaceDN w:val="0"/>
        <w:spacing w:before="262" w:after="0" w:line="262" w:lineRule="auto"/>
        <w:ind w:right="1008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ОСНОВНЫЕ СОДЕРЖАТЕЛЬНЫЕ ЛИНИИ РАБОЧЕЙ ПРОГРАММЫ УЧЕБНОГО ПРЕДМЕТА «ЛИТЕРАТУРНОЕ ЧТЕНИЕ НА РОДНОМ (РУССКОМ) ЯЗЫКЕ»</w:t>
      </w:r>
    </w:p>
    <w:p w:rsidR="001E63CD" w:rsidRPr="00265CB9" w:rsidRDefault="000B33DF">
      <w:pPr>
        <w:autoSpaceDE w:val="0"/>
        <w:autoSpaceDN w:val="0"/>
        <w:spacing w:before="166" w:after="0" w:line="288" w:lineRule="auto"/>
        <w:ind w:firstLine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программе учебного предмета «Литературное чтение на родном (русском) языке» представлено содержание, изучение которого позволит раскрыть национально-культурную специфику русской литературы; взаимосвязь русского языка и русской литературы с историей России, с материальной и духовной культурой русского народа. Учебный предмет «Литературное чтение на родном (русском) языке» не ущемляет права тех школьников, которые изучают иной родной язык и иную родную литературу, поэтому учебное время, отведённое на изучение данного предмета, не может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рассматриваться  как  время для углублённого изучения основного курса литературного чтения, входящего в предметную область «Русский язык и литературное чтение». Курс предназначен для расширения литературного и культурного кругозора младших школьников; произведения фольклора и русской классики, современной русской литературы, входящие в круг актуального чтения младших школьников, позволяют обеспечить знакомство младших школьников с ключевыми для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национального сознания и русской культуры понятиями. Предложенные младшим школьникам для чтения и изучения произведения русской литературы отражают разные стороны духовной культуры русского народа, актуализируют вечные ценности (добро, сострадание, великодушие, милосердие, совесть, правда, любовь и др.).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В данной программе специфика курса «Литературное чтение на родном (русском)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языке»реализована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благодаря: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а) отбору произведений, в которых отражается русский национальный характер, обычаи, традиции русского народа, духовные основы русской культуры;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б) вниманию к тем произведениям русских писателей, в которых отражается мир русского детства: особенности воспитания ребёнка в семье, его взаимоотношений со сверстниками и взрослыми, особенности восприятия ребёнком окружающего мира;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в) расширенному историко-культурному комментарию к произведениям, созданным во времена, отстоящие от современности; такой комментарий позволяет современному младшему школьнику лучше понять особенности истории и культуры народа, а также содержание произведений русской литературы.</w:t>
      </w:r>
    </w:p>
    <w:p w:rsidR="001E63CD" w:rsidRPr="00265CB9" w:rsidRDefault="000B33DF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Как часть предметной области «Родной язык и литературное чтение на родном языке», учебный предмет «Литературное чтение на родном (русском) языке» тесно связан с предметом «Родной язык (русский)».</w:t>
      </w:r>
    </w:p>
    <w:p w:rsidR="001E63CD" w:rsidRPr="00265CB9" w:rsidRDefault="000B33DF">
      <w:pPr>
        <w:autoSpaceDE w:val="0"/>
        <w:autoSpaceDN w:val="0"/>
        <w:spacing w:before="70" w:after="0" w:line="262" w:lineRule="auto"/>
        <w:jc w:val="center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«Литературное чтение на родном (русском) языке» способствует обогащению речи школьников, развитию их речевой культуры и коммуникативных умений. Оба курса объединяет</w:t>
      </w:r>
    </w:p>
    <w:p w:rsidR="001E63CD" w:rsidRPr="00265CB9" w:rsidRDefault="001E63CD">
      <w:pPr>
        <w:rPr>
          <w:lang w:val="ru-RU"/>
        </w:rPr>
        <w:sectPr w:rsidR="001E63CD" w:rsidRPr="00265CB9">
          <w:pgSz w:w="11900" w:h="16840"/>
          <w:pgMar w:top="298" w:right="732" w:bottom="402" w:left="666" w:header="720" w:footer="720" w:gutter="0"/>
          <w:cols w:space="720" w:equalWidth="0">
            <w:col w:w="10502" w:space="0"/>
          </w:cols>
          <w:docGrid w:linePitch="360"/>
        </w:sectPr>
      </w:pPr>
    </w:p>
    <w:p w:rsidR="001E63CD" w:rsidRPr="00265CB9" w:rsidRDefault="001E63CD">
      <w:pPr>
        <w:autoSpaceDE w:val="0"/>
        <w:autoSpaceDN w:val="0"/>
        <w:spacing w:after="66" w:line="220" w:lineRule="exact"/>
        <w:rPr>
          <w:lang w:val="ru-RU"/>
        </w:rPr>
      </w:pPr>
    </w:p>
    <w:p w:rsidR="001E63CD" w:rsidRPr="00265CB9" w:rsidRDefault="000B33DF">
      <w:pPr>
        <w:autoSpaceDE w:val="0"/>
        <w:autoSpaceDN w:val="0"/>
        <w:spacing w:after="0" w:line="281" w:lineRule="auto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культурно-исторический подход к представлению дидактического материала, на основе которого выстраиваются проблемно-тематические блоки программы. Каждый из проблемно-тематических блоков включает сопряжённые с ним ключевые понятия, отражающие духовную и материальную культуру русского народа в их исторической взаимосвязи. Ещё одной общей чертой обоих курсов является концентрирование их содержания вокруг интересов и запросов ребёнка младшего школьного возраста, что находит отражение в специфике выбранных произведений.</w:t>
      </w:r>
    </w:p>
    <w:p w:rsidR="001E63CD" w:rsidRPr="00265CB9" w:rsidRDefault="001E63CD">
      <w:pPr>
        <w:rPr>
          <w:lang w:val="ru-RU"/>
        </w:rPr>
        <w:sectPr w:rsidR="001E63CD" w:rsidRPr="00265CB9">
          <w:pgSz w:w="11900" w:h="16840"/>
          <w:pgMar w:top="286" w:right="668" w:bottom="1440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1E63CD" w:rsidRPr="00265CB9" w:rsidRDefault="001E63CD">
      <w:pPr>
        <w:autoSpaceDE w:val="0"/>
        <w:autoSpaceDN w:val="0"/>
        <w:spacing w:after="78" w:line="220" w:lineRule="exact"/>
        <w:rPr>
          <w:lang w:val="ru-RU"/>
        </w:rPr>
      </w:pPr>
    </w:p>
    <w:p w:rsidR="001E63CD" w:rsidRPr="00265CB9" w:rsidRDefault="000B33DF">
      <w:pPr>
        <w:autoSpaceDE w:val="0"/>
        <w:autoSpaceDN w:val="0"/>
        <w:spacing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1E63CD" w:rsidRPr="00265CB9" w:rsidRDefault="000B33DF">
      <w:pPr>
        <w:autoSpaceDE w:val="0"/>
        <w:autoSpaceDN w:val="0"/>
        <w:spacing w:before="346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1 КЛАСС</w:t>
      </w:r>
    </w:p>
    <w:p w:rsidR="001E63CD" w:rsidRPr="00265CB9" w:rsidRDefault="000B33DF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 1. МИР ДЕТСТВА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Я и книги</w:t>
      </w:r>
    </w:p>
    <w:p w:rsidR="001E63CD" w:rsidRPr="00265CB9" w:rsidRDefault="000B33DF">
      <w:pPr>
        <w:autoSpaceDE w:val="0"/>
        <w:autoSpaceDN w:val="0"/>
        <w:spacing w:before="166" w:after="0" w:line="271" w:lineRule="auto"/>
        <w:ind w:left="180" w:right="3888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Не красна книга письмом, красна умом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Произведения, отражающие первые шаги в чтении. Например: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С. А. </w:t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Баруздин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«Самое простое дело».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Л. В. Куклин.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«Как я научился читать» (фрагмент).</w:t>
      </w:r>
    </w:p>
    <w:p w:rsidR="001E63CD" w:rsidRPr="00265CB9" w:rsidRDefault="000B33DF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Н. Н. Носов.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«Тайна на дне колодца» (фрагмент главы «Волшебные сказки»).</w:t>
      </w:r>
    </w:p>
    <w:p w:rsidR="001E63CD" w:rsidRPr="00265CB9" w:rsidRDefault="000B33DF">
      <w:pPr>
        <w:autoSpaceDE w:val="0"/>
        <w:autoSpaceDN w:val="0"/>
        <w:spacing w:before="264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Я взрослею</w:t>
      </w:r>
    </w:p>
    <w:p w:rsidR="001E63CD" w:rsidRPr="00265CB9" w:rsidRDefault="000B33DF">
      <w:pPr>
        <w:autoSpaceDE w:val="0"/>
        <w:autoSpaceDN w:val="0"/>
        <w:spacing w:before="166" w:after="0" w:line="262" w:lineRule="auto"/>
        <w:ind w:left="180" w:right="7920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Без друга в жизни туго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Пословицы о дружбе.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70" w:after="0" w:line="271" w:lineRule="auto"/>
        <w:ind w:right="1008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Произведения, отражающие представление о дружбе как нравственно-этической ценности, значимой для национального русского сознания. Например: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Н. К. Абрамцева.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«Цветы и зеркало».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И. А. </w:t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Мазнин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. «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Давайте будем дружить друг с другом» (фрагмент).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С. Л. Прокофьева.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«Самый большой друг».</w:t>
      </w:r>
    </w:p>
    <w:p w:rsidR="001E63CD" w:rsidRPr="00265CB9" w:rsidRDefault="000B33DF">
      <w:pPr>
        <w:autoSpaceDE w:val="0"/>
        <w:autoSpaceDN w:val="0"/>
        <w:spacing w:before="70" w:after="0" w:line="262" w:lineRule="auto"/>
        <w:ind w:left="180" w:right="5328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Не тот прав, кто сильный, а тот, кто честный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Пословицы о правде и честности.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Произведения, отражающие традиционные представления о честности как нравственном ориентире.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70" w:after="0" w:line="262" w:lineRule="auto"/>
        <w:ind w:right="763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Например: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А. Осеева.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«Почему?».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Л. Н. Толстой.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«Лгун».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Я фантазирую и мечтаю</w:t>
      </w:r>
    </w:p>
    <w:p w:rsidR="001E63CD" w:rsidRPr="00265CB9" w:rsidRDefault="000B33DF">
      <w:pPr>
        <w:autoSpaceDE w:val="0"/>
        <w:autoSpaceDN w:val="0"/>
        <w:spacing w:before="166" w:after="0" w:line="271" w:lineRule="auto"/>
        <w:ind w:left="180" w:right="432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Необычное в обычном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Произведения, отражающие умение удивляться при восприятии окружающего мира. Например: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С. А. Иванов.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«Снежный заповедник» (фрагмент).</w:t>
      </w:r>
    </w:p>
    <w:p w:rsidR="001E63CD" w:rsidRPr="00265CB9" w:rsidRDefault="000B33DF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В. Лунин.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«Я видела чудо».</w:t>
      </w:r>
    </w:p>
    <w:p w:rsidR="001E63CD" w:rsidRPr="00265CB9" w:rsidRDefault="000B33DF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М. М. Пришвин.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«Осинкам холодно».</w:t>
      </w:r>
    </w:p>
    <w:p w:rsidR="001E63CD" w:rsidRPr="00265CB9" w:rsidRDefault="000B33DF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А. С. Пушкин.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«Ещё дуют холодные ветры».</w:t>
      </w:r>
    </w:p>
    <w:p w:rsidR="001E63CD" w:rsidRPr="00265CB9" w:rsidRDefault="000B33DF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 2. РОССИЯ - РОДИНА МОЯ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Что мы Родиной зовём</w:t>
      </w:r>
    </w:p>
    <w:p w:rsidR="001E63CD" w:rsidRPr="00265CB9" w:rsidRDefault="000B33DF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>С чего начинается Родина?</w:t>
      </w:r>
    </w:p>
    <w:p w:rsidR="001E63CD" w:rsidRPr="00265CB9" w:rsidRDefault="000B33DF">
      <w:pPr>
        <w:autoSpaceDE w:val="0"/>
        <w:autoSpaceDN w:val="0"/>
        <w:spacing w:before="70" w:after="0" w:line="262" w:lineRule="auto"/>
        <w:ind w:left="180" w:right="259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Произведения, отражающие многогранность понятия «Родина». Например: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Ф. П. Савинов.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«Родное» (фрагмент).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П. А. Синявский.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«Рисунок».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К. Д. Ушинский.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«Наше Отечество».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190" w:after="0"/>
        <w:ind w:right="576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 родной природе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Сколько же в небе всего происходит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Поэтические представления русского народа о солнце, луне, звёздах, облаках; отражение этих представлений в фольклоре и их развитие в русской поэзии и прозе. Например:</w:t>
      </w:r>
    </w:p>
    <w:p w:rsidR="001E63CD" w:rsidRPr="00265CB9" w:rsidRDefault="001E63CD">
      <w:pPr>
        <w:rPr>
          <w:lang w:val="ru-RU"/>
        </w:rPr>
        <w:sectPr w:rsidR="001E63CD" w:rsidRPr="00265CB9">
          <w:pgSz w:w="11900" w:h="16840"/>
          <w:pgMar w:top="298" w:right="650" w:bottom="3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E63CD" w:rsidRPr="00265CB9" w:rsidRDefault="001E63CD">
      <w:pPr>
        <w:autoSpaceDE w:val="0"/>
        <w:autoSpaceDN w:val="0"/>
        <w:spacing w:after="78" w:line="220" w:lineRule="exact"/>
        <w:rPr>
          <w:lang w:val="ru-RU"/>
        </w:rPr>
      </w:pPr>
    </w:p>
    <w:p w:rsidR="001E63CD" w:rsidRPr="00265CB9" w:rsidRDefault="000B33DF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Русские народные загадки о солнце, луне, звёздах, облаках.</w:t>
      </w:r>
    </w:p>
    <w:p w:rsidR="001E63CD" w:rsidRPr="00265CB9" w:rsidRDefault="000B33DF">
      <w:pPr>
        <w:autoSpaceDE w:val="0"/>
        <w:autoSpaceDN w:val="0"/>
        <w:spacing w:before="70" w:after="0" w:line="262" w:lineRule="auto"/>
        <w:ind w:left="180" w:right="1008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И. А. Бунин.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«Серп луны под тучкой длинной…»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С. В. Востоков.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«Два яблока».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М. Катанов.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«Жар-птица».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А. Н. Толстой.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«Петушки».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2 КЛАСС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1. МИР ДЕТСТВА 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 и книги </w:t>
      </w:r>
    </w:p>
    <w:p w:rsidR="001E63CD" w:rsidRPr="00265CB9" w:rsidRDefault="000B33DF">
      <w:pPr>
        <w:autoSpaceDE w:val="0"/>
        <w:autoSpaceDN w:val="0"/>
        <w:spacing w:before="166" w:after="0" w:line="271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Произведения, отражающие детское восприятие услышанных рассказов, сказок, стихов. Например: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Е. Н. Егорова.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«Детство Александра Пушкина» (глава «Нянины сказки»).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Т. А. </w:t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Луговская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«Как знаю, как помню, как умею» (фрагмент).</w:t>
      </w:r>
    </w:p>
    <w:p w:rsidR="001E63CD" w:rsidRPr="00265CB9" w:rsidRDefault="000B33DF">
      <w:pPr>
        <w:autoSpaceDE w:val="0"/>
        <w:autoSpaceDN w:val="0"/>
        <w:spacing w:before="264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Я взрослею</w:t>
      </w:r>
    </w:p>
    <w:p w:rsidR="001E63CD" w:rsidRPr="00265CB9" w:rsidRDefault="000B33DF">
      <w:pPr>
        <w:autoSpaceDE w:val="0"/>
        <w:autoSpaceDN w:val="0"/>
        <w:spacing w:before="166" w:after="0" w:line="262" w:lineRule="auto"/>
        <w:ind w:left="180" w:right="5760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Как аукнется, так и откликнется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Пословицы об отношении к другим людям.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Произведения, отражающие традиционные представления об отношении к другим людям.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70" w:after="0" w:line="262" w:lineRule="auto"/>
        <w:ind w:right="79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Например: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В. Бианки.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«Сова».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Л. И. Кузьмин.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«Дом с колокольчиком».</w:t>
      </w:r>
    </w:p>
    <w:p w:rsidR="001E63CD" w:rsidRPr="00265CB9" w:rsidRDefault="000B33DF">
      <w:pPr>
        <w:autoSpaceDE w:val="0"/>
        <w:autoSpaceDN w:val="0"/>
        <w:spacing w:before="70" w:after="0" w:line="262" w:lineRule="auto"/>
        <w:ind w:left="180" w:right="6768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Воля и труд дивные всходы дают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Пословицы о труде.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Произведения, отражающие представление о трудолюбии как нравственно-этической ценности, значимой для национального русского сознания. Например: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Е. А. Пермяк.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Маркел-самодел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и его дети».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Б. В. Шергин.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«Пословицы в рассказах».</w:t>
      </w:r>
    </w:p>
    <w:p w:rsidR="001E63CD" w:rsidRPr="00265CB9" w:rsidRDefault="000B33DF">
      <w:pPr>
        <w:autoSpaceDE w:val="0"/>
        <w:autoSpaceDN w:val="0"/>
        <w:spacing w:before="70" w:after="0" w:line="262" w:lineRule="auto"/>
        <w:ind w:left="180" w:right="6192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Кто идёт вперёд, того страх не берёт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Пословицы о смелости.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Произведения, отражающие традиционные представления о смелости как нравственном ориентире.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70" w:after="0" w:line="262" w:lineRule="auto"/>
        <w:ind w:right="7344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Например: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С. П. Алексеев.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«Медаль».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В. </w:t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Голявкин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«Этот мальчик».</w:t>
      </w:r>
    </w:p>
    <w:p w:rsidR="001E63CD" w:rsidRPr="00265CB9" w:rsidRDefault="000B33DF">
      <w:pPr>
        <w:autoSpaceDE w:val="0"/>
        <w:autoSpaceDN w:val="0"/>
        <w:spacing w:before="264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 и моя семья </w:t>
      </w:r>
    </w:p>
    <w:p w:rsidR="001E63CD" w:rsidRPr="00265CB9" w:rsidRDefault="000B33DF">
      <w:pPr>
        <w:autoSpaceDE w:val="0"/>
        <w:autoSpaceDN w:val="0"/>
        <w:spacing w:before="168" w:after="0" w:line="271" w:lineRule="auto"/>
        <w:ind w:left="180" w:right="432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Семья крепка ладом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Произведения, отражающие  традиционные  представления о семейных ценностях. Например: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С. Г. Георгиев.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«Стрекот кузнечика».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В. </w:t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Голявкин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«Мой добрый папа» (фрагмент).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М. В. Дружинина.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«Очень полезный подарок».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Л. Н. Толстой.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«Отец и сыновья».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 фантазирую и мечтаю </w:t>
      </w:r>
    </w:p>
    <w:p w:rsidR="001E63CD" w:rsidRPr="00265CB9" w:rsidRDefault="000B33DF">
      <w:pPr>
        <w:autoSpaceDE w:val="0"/>
        <w:autoSpaceDN w:val="0"/>
        <w:spacing w:before="166" w:after="0" w:line="271" w:lineRule="auto"/>
        <w:ind w:left="180" w:right="1584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Мечты, зовущие ввысь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Произведения, отражающие представления об идеалах в детских мечтах. Например: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Н. К. Абрамцева.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«Заветное желание».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proofErr w:type="spellStart"/>
      <w:proofErr w:type="gram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Е.В.Григорьева.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</w:t>
      </w:r>
      <w:proofErr w:type="gram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Мечта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proofErr w:type="spellStart"/>
      <w:proofErr w:type="gram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Л.Н.Толстой.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</w:t>
      </w:r>
      <w:proofErr w:type="gram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Воспоминания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» (глава «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Фанфаронова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гора»).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Резерв на вариативную часть программы -3 ч.</w:t>
      </w:r>
    </w:p>
    <w:p w:rsidR="001E63CD" w:rsidRPr="00265CB9" w:rsidRDefault="001E63CD">
      <w:pPr>
        <w:rPr>
          <w:lang w:val="ru-RU"/>
        </w:rPr>
        <w:sectPr w:rsidR="001E63CD" w:rsidRPr="00265CB9">
          <w:pgSz w:w="11900" w:h="16840"/>
          <w:pgMar w:top="298" w:right="778" w:bottom="332" w:left="666" w:header="720" w:footer="720" w:gutter="0"/>
          <w:cols w:space="720" w:equalWidth="0">
            <w:col w:w="10456" w:space="0"/>
          </w:cols>
          <w:docGrid w:linePitch="360"/>
        </w:sectPr>
      </w:pPr>
    </w:p>
    <w:p w:rsidR="001E63CD" w:rsidRPr="00265CB9" w:rsidRDefault="001E63CD">
      <w:pPr>
        <w:autoSpaceDE w:val="0"/>
        <w:autoSpaceDN w:val="0"/>
        <w:spacing w:after="102" w:line="220" w:lineRule="exact"/>
        <w:rPr>
          <w:lang w:val="ru-RU"/>
        </w:rPr>
      </w:pPr>
    </w:p>
    <w:p w:rsidR="001E63CD" w:rsidRPr="00265CB9" w:rsidRDefault="000B33DF">
      <w:pPr>
        <w:autoSpaceDE w:val="0"/>
        <w:autoSpaceDN w:val="0"/>
        <w:spacing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2. РОССИЯ - РОДИНА МОЯ 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Родная страна во все времена сынами сильна</w:t>
      </w:r>
    </w:p>
    <w:p w:rsidR="001E63CD" w:rsidRPr="00265CB9" w:rsidRDefault="000B33DF">
      <w:pPr>
        <w:autoSpaceDE w:val="0"/>
        <w:autoSpaceDN w:val="0"/>
        <w:spacing w:before="166" w:after="0" w:line="271" w:lineRule="auto"/>
        <w:ind w:left="180" w:right="576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Люди земли Русской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Художественные биографии выдающихся представителей русского народа. Например: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А. </w:t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Бахревский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«Виктор Васнецов» (глава «Рябово»).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М. А. Булатов, В. И. </w:t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Порудоминский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«Собирал человек слова… Повесть о В. И. </w:t>
      </w:r>
      <w:proofErr w:type="gram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Дале»(</w:t>
      </w:r>
      <w:proofErr w:type="gram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фрагмент).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М. Л. Яковлев.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«Сергий Радонежский приходит на помощь» (фрагмент).</w:t>
      </w:r>
    </w:p>
    <w:p w:rsidR="001E63CD" w:rsidRPr="00265CB9" w:rsidRDefault="000B33DF">
      <w:pPr>
        <w:autoSpaceDE w:val="0"/>
        <w:autoSpaceDN w:val="0"/>
        <w:spacing w:before="264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Народные праздники, связанные с временами года </w:t>
      </w:r>
    </w:p>
    <w:p w:rsidR="001E63CD" w:rsidRPr="00265CB9" w:rsidRDefault="000B33DF">
      <w:pPr>
        <w:autoSpaceDE w:val="0"/>
        <w:autoSpaceDN w:val="0"/>
        <w:spacing w:before="168" w:after="0" w:line="262" w:lineRule="auto"/>
        <w:ind w:left="180" w:right="5328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Хорош праздник после трудов праведных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Песни-веснянки.</w:t>
      </w:r>
    </w:p>
    <w:p w:rsidR="001E63CD" w:rsidRPr="00265CB9" w:rsidRDefault="000B33DF">
      <w:pPr>
        <w:autoSpaceDE w:val="0"/>
        <w:autoSpaceDN w:val="0"/>
        <w:spacing w:before="70" w:after="0" w:line="262" w:lineRule="auto"/>
        <w:ind w:left="180" w:right="43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 о праздниках и традициях, связанных с народным календарём. Например: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Л.Ф. Воронкова.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«Девочка из города» (глава «Праздник весны»).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А. Жуковский.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«Жаворонок».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А. С. Пушкин.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«Птичка».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proofErr w:type="gram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И.С.</w:t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Шмелёв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.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</w:t>
      </w:r>
      <w:proofErr w:type="gram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Лето Господне» (фрагмент главы «Масленица»).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 родной природе 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166" w:after="0"/>
        <w:ind w:right="144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 зелёным далям с детства взор приучен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Поэтические представления русского народа о поле, луге, травах и цветах; отражение этих представлений в фольклоре и их развитие в русской поэзии и прозе. Например: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Русские народные загадки о поле, цветах.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Ю. И. Коваль.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«Фарфоровые колокольчики».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И. С. Никитин.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«В чистом поле тень шагает».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М. С. </w:t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Пляцковский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«Колокольчик».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А. Солоухин.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«Трава» (фрагмент).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Ф. И. Тютчев. «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Тихой ночью, поздним летом…»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3 КЛАСС</w:t>
      </w:r>
    </w:p>
    <w:p w:rsidR="001E63CD" w:rsidRPr="00265CB9" w:rsidRDefault="000B33DF">
      <w:pPr>
        <w:autoSpaceDE w:val="0"/>
        <w:autoSpaceDN w:val="0"/>
        <w:spacing w:before="264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 1. МИР ДЕТСТВА</w:t>
      </w:r>
    </w:p>
    <w:p w:rsidR="001E63CD" w:rsidRPr="00265CB9" w:rsidRDefault="000B33DF">
      <w:pPr>
        <w:autoSpaceDE w:val="0"/>
        <w:autoSpaceDN w:val="0"/>
        <w:spacing w:before="264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Я и книги</w:t>
      </w:r>
    </w:p>
    <w:p w:rsidR="001E63CD" w:rsidRPr="00265CB9" w:rsidRDefault="000B33DF">
      <w:pPr>
        <w:autoSpaceDE w:val="0"/>
        <w:autoSpaceDN w:val="0"/>
        <w:spacing w:before="166" w:after="0" w:line="262" w:lineRule="auto"/>
        <w:ind w:left="180" w:right="3600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Пишут не пером, а умом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Произведения, отражающие первый опыт «писательства».</w:t>
      </w:r>
    </w:p>
    <w:p w:rsidR="001E63CD" w:rsidRPr="00265CB9" w:rsidRDefault="000B33DF">
      <w:pPr>
        <w:autoSpaceDE w:val="0"/>
        <w:autoSpaceDN w:val="0"/>
        <w:spacing w:before="70" w:after="0" w:line="271" w:lineRule="auto"/>
        <w:ind w:left="180" w:right="2304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Например: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И. Воробьев.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«Я ничего не придумал» (глава «Мой дневник»).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П. Крапивин.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«Сказки Севки Глущенко» (глава «День рождения»).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 взрослею </w:t>
      </w:r>
    </w:p>
    <w:p w:rsidR="001E63CD" w:rsidRPr="00265CB9" w:rsidRDefault="000B33DF">
      <w:pPr>
        <w:autoSpaceDE w:val="0"/>
        <w:autoSpaceDN w:val="0"/>
        <w:spacing w:before="166" w:after="0" w:line="262" w:lineRule="auto"/>
        <w:ind w:left="180" w:right="6768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Жизнь дана на добрые дела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Пословицы о доброте.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Произведения, отражающие представление о доброте как нравственно-этической ценности, значимой для национального русского сознания. Например: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Ю. А. Буковский.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«О Доброте — злой и доброй».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Л. Л. Яхнин.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«Последняя рубашка».</w:t>
      </w:r>
    </w:p>
    <w:p w:rsidR="001E63CD" w:rsidRPr="00265CB9" w:rsidRDefault="001E63CD">
      <w:pPr>
        <w:rPr>
          <w:lang w:val="ru-RU"/>
        </w:rPr>
        <w:sectPr w:rsidR="001E63CD" w:rsidRPr="00265CB9">
          <w:pgSz w:w="11900" w:h="16840"/>
          <w:pgMar w:top="322" w:right="1440" w:bottom="332" w:left="666" w:header="720" w:footer="720" w:gutter="0"/>
          <w:cols w:space="720" w:equalWidth="0">
            <w:col w:w="9794" w:space="0"/>
          </w:cols>
          <w:docGrid w:linePitch="360"/>
        </w:sectPr>
      </w:pPr>
    </w:p>
    <w:p w:rsidR="001E63CD" w:rsidRPr="00265CB9" w:rsidRDefault="001E63CD">
      <w:pPr>
        <w:autoSpaceDE w:val="0"/>
        <w:autoSpaceDN w:val="0"/>
        <w:spacing w:after="78" w:line="220" w:lineRule="exact"/>
        <w:rPr>
          <w:lang w:val="ru-RU"/>
        </w:rPr>
      </w:pPr>
    </w:p>
    <w:p w:rsidR="001E63CD" w:rsidRPr="00265CB9" w:rsidRDefault="000B33DF">
      <w:pPr>
        <w:autoSpaceDE w:val="0"/>
        <w:autoSpaceDN w:val="0"/>
        <w:spacing w:after="0" w:line="262" w:lineRule="auto"/>
        <w:ind w:left="180" w:right="8064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Живи по совести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Пословицы о совести.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70" w:after="0" w:line="271" w:lineRule="auto"/>
        <w:ind w:right="864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Произведения, отражающие представление о совести как нравственно-этической ценности, значимой для национального русского сознания. Например: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П. В. </w:t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Засодимский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«Гришина милостыня».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Н. Г. Волкова.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Дреби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-Дон».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 и моя семья 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166" w:after="0" w:line="278" w:lineRule="auto"/>
        <w:ind w:right="576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дружной семье и в холод тепло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Произведения, отражающие традиционные представления о семейных ценностях (лад, любовь, взаимопонимание, забота, терпение, уважение к старшим). Например: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О. Ф. </w:t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Кургузов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«Душа нараспашку».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А. Л. Решетов.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«Зёрнышки спелых яблок» (фрагмент).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М. Шукшин.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«Как зайка летал на воздушных шариках» (фрагмент).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Я фантазирую и мечтаю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166" w:after="0" w:line="281" w:lineRule="auto"/>
        <w:ind w:right="576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Детские фантазии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Произведения, отражающие значение мечты и фантазии для взросления, взаимодействие мира реального и мира фантастического. Например: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П.  Крапивин. 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«Брат, которому семь» (фрагмент главы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«Зелёная грива»).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Л. К. Чуковская.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«Мой отец — Корней Чуковский» (фрагмент).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 2. РОССИЯ — РОДИНА МОЯ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Родная страна во все времена сынами сильна</w:t>
      </w:r>
    </w:p>
    <w:p w:rsidR="001E63CD" w:rsidRPr="00265CB9" w:rsidRDefault="000B33DF">
      <w:pPr>
        <w:autoSpaceDE w:val="0"/>
        <w:autoSpaceDN w:val="0"/>
        <w:spacing w:before="166" w:after="0" w:line="271" w:lineRule="auto"/>
        <w:ind w:left="180" w:right="2592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Люди земли Русской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 о выдающихся представителях русского на- рода. Например: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О. М. Гурьян.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«Мальчик из Холмогор» (фрагмент).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А.  </w:t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Бахревский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«Семён Дежнёв» (фрагмент).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Н. М. Коняев.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«Правнуки богатырей» (фрагмент).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А. Н. Майков.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«Ломоносов» (фрагмент).</w:t>
      </w:r>
    </w:p>
    <w:p w:rsidR="001E63CD" w:rsidRPr="00265CB9" w:rsidRDefault="000B33DF">
      <w:pPr>
        <w:autoSpaceDE w:val="0"/>
        <w:autoSpaceDN w:val="0"/>
        <w:spacing w:before="264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От праздника к празднику </w:t>
      </w:r>
    </w:p>
    <w:p w:rsidR="001E63CD" w:rsidRPr="00265CB9" w:rsidRDefault="000B33DF">
      <w:pPr>
        <w:autoSpaceDE w:val="0"/>
        <w:autoSpaceDN w:val="0"/>
        <w:spacing w:before="168" w:after="0" w:line="271" w:lineRule="auto"/>
        <w:ind w:left="180" w:right="720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Всякая душа празднику рада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 о праздниках, значимых для русской куль- туры: Рождестве, Пасхе. Например: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Е. В. Григорьева.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«Радость».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proofErr w:type="spellStart"/>
      <w:proofErr w:type="gram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А.И.Куприн.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</w:t>
      </w:r>
      <w:proofErr w:type="gram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Пасхальные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колокола» (фрагмент).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С. Чёрный.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«Пасхальный визит» (фрагмент).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 родной природе 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166" w:after="0" w:line="281" w:lineRule="auto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>Неразгаданная тайна — в чащах леса…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Поэтические представления русского народа о лесе, реке, тумане; отражение этих представлений в фольклоре и их развитие в русской поэзии и прозе. Например: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Русские народные загадки о лесе, реке, тумане.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П. Астафьев. 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Зорькина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песня» (фрагмент).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Д. Берестов.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«У реки».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И. С. Никитин.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«Лес».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К. Г. Паустовский.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«Клад».</w:t>
      </w:r>
    </w:p>
    <w:p w:rsidR="001E63CD" w:rsidRPr="00265CB9" w:rsidRDefault="001E63CD">
      <w:pPr>
        <w:rPr>
          <w:lang w:val="ru-RU"/>
        </w:rPr>
        <w:sectPr w:rsidR="001E63CD" w:rsidRPr="00265CB9">
          <w:pgSz w:w="11900" w:h="16840"/>
          <w:pgMar w:top="298" w:right="674" w:bottom="452" w:left="666" w:header="720" w:footer="720" w:gutter="0"/>
          <w:cols w:space="720" w:equalWidth="0">
            <w:col w:w="10560" w:space="0"/>
          </w:cols>
          <w:docGrid w:linePitch="360"/>
        </w:sectPr>
      </w:pPr>
    </w:p>
    <w:p w:rsidR="001E63CD" w:rsidRPr="00265CB9" w:rsidRDefault="001E63CD">
      <w:pPr>
        <w:autoSpaceDE w:val="0"/>
        <w:autoSpaceDN w:val="0"/>
        <w:spacing w:after="78" w:line="220" w:lineRule="exact"/>
        <w:rPr>
          <w:lang w:val="ru-RU"/>
        </w:rPr>
      </w:pPr>
    </w:p>
    <w:p w:rsidR="001E63CD" w:rsidRPr="00265CB9" w:rsidRDefault="000B33DF">
      <w:pPr>
        <w:autoSpaceDE w:val="0"/>
        <w:autoSpaceDN w:val="0"/>
        <w:spacing w:after="0" w:line="262" w:lineRule="auto"/>
        <w:ind w:left="180" w:right="4608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М. М. Пришвин.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«Как распускаются разные деревья».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И. П. </w:t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Токмакова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«Туман».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4 КЛАСС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 1. МИР ДЕТСТВА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 и книги </w:t>
      </w:r>
    </w:p>
    <w:p w:rsidR="001E63CD" w:rsidRPr="00265CB9" w:rsidRDefault="000B33DF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Произведения, отражающие ценность чтения в жизни человека, роль книги в становлении личности.</w:t>
      </w:r>
    </w:p>
    <w:p w:rsidR="001E63CD" w:rsidRPr="00265CB9" w:rsidRDefault="000B33DF">
      <w:pPr>
        <w:autoSpaceDE w:val="0"/>
        <w:autoSpaceDN w:val="0"/>
        <w:spacing w:before="70" w:after="0" w:line="271" w:lineRule="auto"/>
        <w:ind w:left="180" w:hanging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Например: </w:t>
      </w:r>
      <w:r w:rsidRPr="00265CB9">
        <w:rPr>
          <w:lang w:val="ru-RU"/>
        </w:rPr>
        <w:br/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С.Т.Аксаков.«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Детские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годы Багрова-внука» (фрагмент главы «Последовательные воспоминания»).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Д. Н.  Мамин-Сибиряк.  </w:t>
      </w:r>
      <w:r w:rsidR="001A3D78">
        <w:rPr>
          <w:rFonts w:ascii="Times New Roman" w:eastAsia="Times New Roman" w:hAnsi="Times New Roman"/>
          <w:color w:val="000000"/>
          <w:sz w:val="24"/>
          <w:lang w:val="ru-RU"/>
        </w:rPr>
        <w:t>«Из далёкого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прошлого»  (</w:t>
      </w:r>
      <w:proofErr w:type="spellStart"/>
      <w:proofErr w:type="gram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глава«Книжка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с картинками»).</w:t>
      </w:r>
    </w:p>
    <w:p w:rsidR="001E63CD" w:rsidRPr="00265CB9" w:rsidRDefault="000B33DF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С. Т. Григорьев.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«Детство Суворова» (фрагмент).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 взрослею </w:t>
      </w:r>
    </w:p>
    <w:p w:rsidR="001E63CD" w:rsidRPr="00265CB9" w:rsidRDefault="000B33DF">
      <w:pPr>
        <w:autoSpaceDE w:val="0"/>
        <w:autoSpaceDN w:val="0"/>
        <w:spacing w:before="166" w:after="0" w:line="262" w:lineRule="auto"/>
        <w:ind w:left="180" w:right="7200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Скромность красит человека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Пословицы о скромности.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Произведения, отражающие традиционные представления о скромности как черте характера.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70" w:after="0" w:line="262" w:lineRule="auto"/>
        <w:ind w:right="720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Например: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Е. В. Клюев.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«Шагом марш».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proofErr w:type="gram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И.П.</w:t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Токмакова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.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</w:t>
      </w:r>
      <w:proofErr w:type="gram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Разговор татарника и спорыша».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Любовь всё побеждает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Произведения,  отражающие  традиционные  представления о милосердии, сострадании,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сопереживании, чуткости, любви как нравственно-этических ценностях, значимых для национального русского сознания. Например: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Б. П. Екимов.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«Ночь исцеления».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И.С.Тургенев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«Голуби».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 и моя семья 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166" w:after="0"/>
        <w:ind w:right="288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Такое разное детство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Произведения, раскрывающие картины мира русского детства в разные исторические эпохи: взросление, особенности отношений с окружающим миром, взрослыми и сверстниками. Например: </w:t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Е. Н. </w:t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Верейская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«Три девочки» (фрагмент).</w:t>
      </w:r>
    </w:p>
    <w:p w:rsidR="001E63CD" w:rsidRPr="00265CB9" w:rsidRDefault="000B33DF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М. В. Водопьянов.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«Полярный лётчик» (главы «Маленький мир», «Мой первый „полёт”»).</w:t>
      </w:r>
    </w:p>
    <w:p w:rsidR="001E63CD" w:rsidRPr="00265CB9" w:rsidRDefault="000B33DF">
      <w:pPr>
        <w:autoSpaceDE w:val="0"/>
        <w:autoSpaceDN w:val="0"/>
        <w:spacing w:before="72" w:after="0" w:line="262" w:lineRule="auto"/>
        <w:ind w:left="180" w:right="864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О. В. </w:t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Колпакова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«Большое сочинение про бабушку» (</w:t>
      </w:r>
      <w:proofErr w:type="spellStart"/>
      <w:proofErr w:type="gram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главы«</w:t>
      </w:r>
      <w:proofErr w:type="gram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Про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печку», «Про чистоту»).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К. В. Лукашевич.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«Моё милое детство» (фрагмент).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 фантазирую и мечтаю </w:t>
      </w:r>
    </w:p>
    <w:p w:rsidR="001E63CD" w:rsidRPr="00265CB9" w:rsidRDefault="000B33DF">
      <w:pPr>
        <w:autoSpaceDE w:val="0"/>
        <w:autoSpaceDN w:val="0"/>
        <w:spacing w:before="166" w:after="0" w:line="271" w:lineRule="auto"/>
        <w:ind w:left="180" w:right="2304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Придуманные миры и страны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Отражение в произведениях фантастики проблем реального мира. Например: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Т. В. Михеева.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«Асино лето» (фрагмент).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П. Крапивин.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«Голубятня на жёлтой поляне» (фрагменты).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2. РОССИЯ — РОДИНА МОЯ 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Родная страна во все времена сынами сильна </w:t>
      </w:r>
    </w:p>
    <w:p w:rsidR="001E63CD" w:rsidRPr="00265CB9" w:rsidRDefault="000B33DF">
      <w:pPr>
        <w:autoSpaceDE w:val="0"/>
        <w:autoSpaceDN w:val="0"/>
        <w:spacing w:before="166" w:after="0" w:line="262" w:lineRule="auto"/>
        <w:ind w:left="180" w:right="2592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Люди земли Русской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Произведения о выдающихся представителях русского народа. Например:</w:t>
      </w:r>
    </w:p>
    <w:p w:rsidR="001E63CD" w:rsidRPr="00265CB9" w:rsidRDefault="001E63CD">
      <w:pPr>
        <w:rPr>
          <w:lang w:val="ru-RU"/>
        </w:rPr>
        <w:sectPr w:rsidR="001E63CD" w:rsidRPr="00265CB9">
          <w:pgSz w:w="11900" w:h="16840"/>
          <w:pgMar w:top="298" w:right="686" w:bottom="428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1E63CD" w:rsidRPr="00265CB9" w:rsidRDefault="001E63CD">
      <w:pPr>
        <w:autoSpaceDE w:val="0"/>
        <w:autoSpaceDN w:val="0"/>
        <w:spacing w:after="78" w:line="220" w:lineRule="exact"/>
        <w:rPr>
          <w:lang w:val="ru-RU"/>
        </w:rPr>
      </w:pPr>
    </w:p>
    <w:p w:rsidR="001E63CD" w:rsidRPr="00265CB9" w:rsidRDefault="000B33DF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Е. В. Мурашова.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«Афанасий Никитин» (глава «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Каффа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»).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Ю. М. Нагибин.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«Маленькие рассказы о большой судьбе» (глава «В школу»).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Что мы Родиной зовём </w:t>
      </w:r>
    </w:p>
    <w:p w:rsidR="001E63CD" w:rsidRPr="00265CB9" w:rsidRDefault="000B33DF">
      <w:pPr>
        <w:autoSpaceDE w:val="0"/>
        <w:autoSpaceDN w:val="0"/>
        <w:spacing w:before="166" w:after="0" w:line="271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Широка страна моя родная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Произведения, отражающие любовь к Родине; красоту различных уголков родной земли. Например: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А. С. Зеленин.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«Мамкин Василёк» (фрагмент).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А. Д. Дорофеев.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«Веретено».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Г. Распутин.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«Саяны».</w:t>
      </w:r>
    </w:p>
    <w:p w:rsidR="001E63CD" w:rsidRPr="00265CB9" w:rsidRDefault="000B33DF">
      <w:pPr>
        <w:autoSpaceDE w:val="0"/>
        <w:autoSpaceDN w:val="0"/>
        <w:spacing w:before="264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Сказ о валдайских колокольчиках.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168" w:after="0" w:line="281" w:lineRule="auto"/>
        <w:ind w:right="144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 родной природе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Под дыханьем непогоды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Поэтические представления русского народа о ветре, морозе, грозе; отражение этих представлений в фольклоре и их развитие в русской поэзии и прозе. Например: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Русские народные загадки о ветре, морозе, грозе.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А. Н. </w:t>
      </w:r>
      <w:proofErr w:type="spellStart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Апухтин</w:t>
      </w:r>
      <w:proofErr w:type="spellEnd"/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«Зимой».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Д. Берестов.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«Мороз».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А. Н. Майков.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«Гроза».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Н. М. Рубцов.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«Во время грозы».</w:t>
      </w:r>
    </w:p>
    <w:p w:rsidR="001E63CD" w:rsidRPr="00265CB9" w:rsidRDefault="001E63CD">
      <w:pPr>
        <w:rPr>
          <w:lang w:val="ru-RU"/>
        </w:rPr>
        <w:sectPr w:rsidR="001E63CD" w:rsidRPr="00265CB9">
          <w:pgSz w:w="11900" w:h="16840"/>
          <w:pgMar w:top="298" w:right="708" w:bottom="1440" w:left="666" w:header="720" w:footer="720" w:gutter="0"/>
          <w:cols w:space="720" w:equalWidth="0">
            <w:col w:w="10526" w:space="0"/>
          </w:cols>
          <w:docGrid w:linePitch="360"/>
        </w:sectPr>
      </w:pPr>
    </w:p>
    <w:p w:rsidR="001E63CD" w:rsidRPr="00265CB9" w:rsidRDefault="001E63CD">
      <w:pPr>
        <w:autoSpaceDE w:val="0"/>
        <w:autoSpaceDN w:val="0"/>
        <w:spacing w:after="78" w:line="220" w:lineRule="exact"/>
        <w:rPr>
          <w:lang w:val="ru-RU"/>
        </w:rPr>
      </w:pPr>
    </w:p>
    <w:p w:rsidR="001E63CD" w:rsidRPr="00265CB9" w:rsidRDefault="000B33DF">
      <w:pPr>
        <w:autoSpaceDE w:val="0"/>
        <w:autoSpaceDN w:val="0"/>
        <w:spacing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1E63CD" w:rsidRPr="00265CB9" w:rsidRDefault="000B33DF">
      <w:pPr>
        <w:autoSpaceDE w:val="0"/>
        <w:autoSpaceDN w:val="0"/>
        <w:spacing w:before="346" w:after="0" w:line="281" w:lineRule="auto"/>
        <w:ind w:right="720" w:firstLine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Результаты изучения предмета «Литературное чтения на родном (русском) языке» в составе предметной области «Родной язык и литературное чтение на родном языке» соответствуют требованиям к результатам освоения основной образовательной программы начального общего образования, сформулированным в Федеральном государственном образовательном стандарте начального общего образования.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166" w:after="0" w:line="278" w:lineRule="auto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«Литературное чтения на родном (русском) языке» у обучающегося будут сформированы следующие личностные результаты, представленные по основным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направлениям воспитательной деятельности: </w:t>
      </w:r>
      <w:r w:rsidRPr="00265CB9">
        <w:rPr>
          <w:lang w:val="ru-RU"/>
        </w:rPr>
        <w:br/>
      </w: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1E63CD" w:rsidRPr="00265CB9" w:rsidRDefault="000B33DF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становление ценностного отношения к своей Родине — России, в том числе через изучение художественных произведений, отражающих историю и культуру страны;</w:t>
      </w:r>
    </w:p>
    <w:p w:rsidR="001E63CD" w:rsidRPr="00265CB9" w:rsidRDefault="000B33DF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уважение к своему и другим народам, формируемое в том числе на основе примеров из художественных произведений и фольклора;</w:t>
      </w:r>
    </w:p>
    <w:p w:rsidR="001E63CD" w:rsidRPr="00265CB9" w:rsidRDefault="000B33DF">
      <w:pPr>
        <w:autoSpaceDE w:val="0"/>
        <w:autoSpaceDN w:val="0"/>
        <w:spacing w:before="190" w:after="0"/>
        <w:ind w:left="420" w:right="28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фольклорных и художественных произведениях;</w:t>
      </w:r>
    </w:p>
    <w:p w:rsidR="001E63CD" w:rsidRPr="00265CB9" w:rsidRDefault="000B33D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1E63CD" w:rsidRPr="00265CB9" w:rsidRDefault="000B33DF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признание индивидуальности каждого человека с опорой на собственный жизненный и читательский опыт;</w:t>
      </w:r>
    </w:p>
    <w:p w:rsidR="001E63CD" w:rsidRPr="00265CB9" w:rsidRDefault="000B33DF">
      <w:pPr>
        <w:autoSpaceDE w:val="0"/>
        <w:autoSpaceDN w:val="0"/>
        <w:spacing w:before="192" w:after="0" w:line="271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проявление сопереживания, уважения и доброжелательности, в том числе с использованием адекватных языковых средств, для выражения своего состояния и чувств; проявление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эмоционально-нравственной отзывчивости, понимания и сопереживания чувствам других людей;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288" w:right="144"/>
        <w:jc w:val="center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неприятие любых форм поведения, направленных на причинение физического и морального вреда  другим  людям (в том числе связанного с использованием недопустимых средств языка);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сотрудничество со сверстниками, умение не создавать конфликтов и находить выходы из спорных ситуаций, в том числе с опорой на примеры художественных произведений;</w:t>
      </w:r>
    </w:p>
    <w:p w:rsidR="001E63CD" w:rsidRPr="00265CB9" w:rsidRDefault="000B33D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</w:p>
    <w:p w:rsidR="001E63CD" w:rsidRPr="00265CB9" w:rsidRDefault="000B33DF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стремление к самовыражению в разных видах художественной деятельности, в том числе в искусстве слова;</w:t>
      </w:r>
    </w:p>
    <w:p w:rsidR="001E63CD" w:rsidRPr="00265CB9" w:rsidRDefault="000B33D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1E63CD" w:rsidRPr="00265CB9" w:rsidRDefault="001E63CD">
      <w:pPr>
        <w:rPr>
          <w:lang w:val="ru-RU"/>
        </w:rPr>
        <w:sectPr w:rsidR="001E63CD" w:rsidRPr="00265CB9">
          <w:pgSz w:w="11900" w:h="16840"/>
          <w:pgMar w:top="298" w:right="650" w:bottom="3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E63CD" w:rsidRPr="00265CB9" w:rsidRDefault="001E63CD">
      <w:pPr>
        <w:autoSpaceDE w:val="0"/>
        <w:autoSpaceDN w:val="0"/>
        <w:spacing w:after="90" w:line="220" w:lineRule="exact"/>
        <w:rPr>
          <w:lang w:val="ru-RU"/>
        </w:rPr>
      </w:pPr>
    </w:p>
    <w:p w:rsidR="001E63CD" w:rsidRPr="00265CB9" w:rsidRDefault="000B33DF">
      <w:pPr>
        <w:autoSpaceDE w:val="0"/>
        <w:autoSpaceDN w:val="0"/>
        <w:spacing w:after="0" w:line="262" w:lineRule="auto"/>
        <w:ind w:left="420" w:right="43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информации;</w:t>
      </w:r>
    </w:p>
    <w:p w:rsidR="001E63CD" w:rsidRPr="00265CB9" w:rsidRDefault="000B33DF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1E63CD" w:rsidRPr="00265CB9" w:rsidRDefault="000B33D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</w:p>
    <w:p w:rsidR="001E63CD" w:rsidRPr="00265CB9" w:rsidRDefault="000B33DF">
      <w:pPr>
        <w:autoSpaceDE w:val="0"/>
        <w:autoSpaceDN w:val="0"/>
        <w:spacing w:before="178" w:after="0" w:line="281" w:lineRule="auto"/>
        <w:ind w:left="420" w:right="144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—  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произведений;</w:t>
      </w:r>
    </w:p>
    <w:p w:rsidR="001E63CD" w:rsidRPr="00265CB9" w:rsidRDefault="000B33D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:rsidR="001E63CD" w:rsidRPr="00265CB9" w:rsidRDefault="000B33DF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бережное отношение к природе, формируемое в процессе работы с текстами;</w:t>
      </w:r>
    </w:p>
    <w:p w:rsidR="001E63CD" w:rsidRPr="00265CB9" w:rsidRDefault="000B33DF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неприятие действий, приносящих ей вред;</w:t>
      </w:r>
    </w:p>
    <w:p w:rsidR="001E63CD" w:rsidRPr="00265CB9" w:rsidRDefault="000B33D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:rsidR="001E63CD" w:rsidRPr="00265CB9" w:rsidRDefault="000B33DF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научной картине мира, формируемые в том числе в процессе усвоения ряда литературоведческих понятий;</w:t>
      </w:r>
    </w:p>
    <w:p w:rsidR="001E63CD" w:rsidRPr="00265CB9" w:rsidRDefault="000B33DF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познавательные интересы, активность,  инициативность, любознательность и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самостоятельность в  познании,  в том числе познавательный интерес к чтению художественных произведений, активность и самостоятельность при выборе круга чтения.</w:t>
      </w:r>
    </w:p>
    <w:p w:rsidR="001E63CD" w:rsidRPr="00265CB9" w:rsidRDefault="000B33DF">
      <w:pPr>
        <w:autoSpaceDE w:val="0"/>
        <w:autoSpaceDN w:val="0"/>
        <w:spacing w:before="32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166" w:after="0" w:line="262" w:lineRule="auto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«Литературное чтения на родном (русском) языке» у обучающегося будут сформированы следующие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Базовые логические действия:</w:t>
      </w:r>
    </w:p>
    <w:p w:rsidR="001E63CD" w:rsidRPr="00265CB9" w:rsidRDefault="000B33DF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сравнивать различные тексты, устанавливать основания для сравнения текстов, устанавливать аналогии текстов;</w:t>
      </w:r>
    </w:p>
    <w:p w:rsidR="001E63CD" w:rsidRPr="00265CB9" w:rsidRDefault="000B33DF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объединять объекты (тексты) по определённому признаку;</w:t>
      </w:r>
    </w:p>
    <w:p w:rsidR="001E63CD" w:rsidRPr="00265CB9" w:rsidRDefault="000B33DF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определять существенный признак для классификации пословиц, поговорок, фразеологизмов;</w:t>
      </w:r>
    </w:p>
    <w:p w:rsidR="001E63CD" w:rsidRPr="00265CB9" w:rsidRDefault="000B33DF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находить в текстах закономерности и противоречия на основе предложенного учителем алгоритма наблюдения; анализировать алгоритм действий при анализе текста, самостоятельно выделять учебные операции при анализе текстов;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1E63CD" w:rsidRPr="00265CB9" w:rsidRDefault="000B33DF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причинно-следственные связи при анализе текста, делать выводы.</w:t>
      </w:r>
    </w:p>
    <w:p w:rsidR="001E63CD" w:rsidRPr="00265CB9" w:rsidRDefault="000B33D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Базовые исследовательские действия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1E63CD" w:rsidRPr="00265CB9" w:rsidRDefault="000B33DF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с помощью учителя формулировать цель, планировать изменения собственного высказывания в соответствии с речевой ситуацией;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сравнивать несколько вариантов выполнения задания, выбирать наиболее подходящий (на основе предложенных критериев);</w:t>
      </w:r>
    </w:p>
    <w:p w:rsidR="001E63CD" w:rsidRPr="00265CB9" w:rsidRDefault="001E63CD">
      <w:pPr>
        <w:rPr>
          <w:lang w:val="ru-RU"/>
        </w:rPr>
        <w:sectPr w:rsidR="001E63CD" w:rsidRPr="00265CB9">
          <w:pgSz w:w="11900" w:h="16840"/>
          <w:pgMar w:top="310" w:right="664" w:bottom="392" w:left="666" w:header="720" w:footer="720" w:gutter="0"/>
          <w:cols w:space="720" w:equalWidth="0">
            <w:col w:w="10570" w:space="0"/>
          </w:cols>
          <w:docGrid w:linePitch="360"/>
        </w:sectPr>
      </w:pPr>
    </w:p>
    <w:p w:rsidR="001E63CD" w:rsidRPr="00265CB9" w:rsidRDefault="001E63CD">
      <w:pPr>
        <w:autoSpaceDE w:val="0"/>
        <w:autoSpaceDN w:val="0"/>
        <w:spacing w:after="108" w:line="220" w:lineRule="exact"/>
        <w:rPr>
          <w:lang w:val="ru-RU"/>
        </w:rPr>
      </w:pPr>
    </w:p>
    <w:p w:rsidR="001E63CD" w:rsidRPr="00265CB9" w:rsidRDefault="000B33DF">
      <w:pPr>
        <w:autoSpaceDE w:val="0"/>
        <w:autoSpaceDN w:val="0"/>
        <w:spacing w:after="0" w:line="262" w:lineRule="auto"/>
        <w:ind w:left="420" w:right="115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проводить по предложенному плану несложное мини-исследование, выполнять по предложенному плану проектное задание;</w:t>
      </w:r>
    </w:p>
    <w:p w:rsidR="001E63CD" w:rsidRPr="00265CB9" w:rsidRDefault="000B33DF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выводы и подкреплять их доказательствами на основе результатов проведённого смыслового анализа текста; формулировать с помощью учителя вопросы в процессе анализа предложенного текстового материала;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прогнозировать возможное развитие процессов, событий и их последствия в аналогичных или сходных ситуациях.</w:t>
      </w:r>
    </w:p>
    <w:p w:rsidR="001E63CD" w:rsidRPr="00265CB9" w:rsidRDefault="000B33D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Работа с информацией:</w:t>
      </w:r>
    </w:p>
    <w:p w:rsidR="001E63CD" w:rsidRPr="00265CB9" w:rsidRDefault="000B33DF">
      <w:pPr>
        <w:autoSpaceDE w:val="0"/>
        <w:autoSpaceDN w:val="0"/>
        <w:spacing w:before="180" w:after="0" w:line="262" w:lineRule="auto"/>
        <w:ind w:left="420" w:right="43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выбирать источник получения информации: нужный словарь, справочник для получения запрашиваемой информации, для уточнения;</w:t>
      </w:r>
    </w:p>
    <w:p w:rsidR="001E63CD" w:rsidRPr="00265CB9" w:rsidRDefault="000B33DF">
      <w:pPr>
        <w:autoSpaceDE w:val="0"/>
        <w:autoSpaceDN w:val="0"/>
        <w:spacing w:before="192" w:after="0" w:line="262" w:lineRule="auto"/>
        <w:ind w:left="420" w:right="7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с помощью </w:t>
      </w:r>
      <w:r w:rsidR="001A3D78">
        <w:rPr>
          <w:rFonts w:ascii="Times New Roman" w:eastAsia="Times New Roman" w:hAnsi="Times New Roman"/>
          <w:color w:val="000000"/>
          <w:sz w:val="24"/>
          <w:lang w:val="ru-RU"/>
        </w:rPr>
        <w:t>взрослых (педагогических работ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ников, родителей, законных представителей) правила информационной безопасности при поиске информации в Интернете;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и создавать текстовую, графическую, видео, звуковую информацию в соответствии с учебной задачей;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понимать информацию, зафиксированную в виде таблиц, схем; самостоятельно создавать схемы, таблицы для представления результатов работы с текстами.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178" w:after="0" w:line="262" w:lineRule="auto"/>
        <w:ind w:right="1008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формируются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Общение:</w:t>
      </w:r>
    </w:p>
    <w:p w:rsidR="001E63CD" w:rsidRPr="00265CB9" w:rsidRDefault="000B33DF">
      <w:pPr>
        <w:autoSpaceDE w:val="0"/>
        <w:autoSpaceDN w:val="0"/>
        <w:spacing w:before="178" w:after="0" w:line="262" w:lineRule="auto"/>
        <w:ind w:left="420" w:right="576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воспринимать и формулировать суждения, выражать эмоции в соответствии с целями и условиями общения в знакомой среде;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проявлять уважительное отношение к собеседнику, соблюдать правила ведения диалоги и дискуссии;</w:t>
      </w:r>
    </w:p>
    <w:p w:rsidR="001E63CD" w:rsidRPr="00265CB9" w:rsidRDefault="000B33DF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признавать возможность существования разных точек зрения;</w:t>
      </w:r>
    </w:p>
    <w:p w:rsidR="001E63CD" w:rsidRPr="00265CB9" w:rsidRDefault="000B33DF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корректно и аргументированно высказывать своё мнение;</w:t>
      </w:r>
    </w:p>
    <w:p w:rsidR="001E63CD" w:rsidRPr="00265CB9" w:rsidRDefault="000B33DF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строить речевое высказывание в соответствии с поставленной задачей;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115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создавать устные и письменные тексты (описание, рассуждение, повествование) в соответствии с речевой ситуацией;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1E63CD" w:rsidRPr="00265CB9" w:rsidRDefault="000B33DF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подбирать иллюстративный материал (рисунки, фото, плакаты) к тексту выступления.</w:t>
      </w:r>
    </w:p>
    <w:p w:rsidR="001E63CD" w:rsidRPr="00265CB9" w:rsidRDefault="000B33D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1E63CD" w:rsidRPr="00265CB9" w:rsidRDefault="000B33DF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1E63CD" w:rsidRPr="00265CB9" w:rsidRDefault="001E63CD">
      <w:pPr>
        <w:rPr>
          <w:lang w:val="ru-RU"/>
        </w:rPr>
        <w:sectPr w:rsidR="001E63CD" w:rsidRPr="00265CB9">
          <w:pgSz w:w="11900" w:h="16840"/>
          <w:pgMar w:top="328" w:right="744" w:bottom="408" w:left="666" w:header="720" w:footer="720" w:gutter="0"/>
          <w:cols w:space="720" w:equalWidth="0">
            <w:col w:w="10490" w:space="0"/>
          </w:cols>
          <w:docGrid w:linePitch="360"/>
        </w:sectPr>
      </w:pPr>
    </w:p>
    <w:p w:rsidR="001E63CD" w:rsidRPr="00265CB9" w:rsidRDefault="001E63CD">
      <w:pPr>
        <w:autoSpaceDE w:val="0"/>
        <w:autoSpaceDN w:val="0"/>
        <w:spacing w:after="108" w:line="220" w:lineRule="exact"/>
        <w:rPr>
          <w:lang w:val="ru-RU"/>
        </w:rPr>
      </w:pPr>
    </w:p>
    <w:p w:rsidR="001E63CD" w:rsidRPr="00265CB9" w:rsidRDefault="000B33DF">
      <w:pPr>
        <w:autoSpaceDE w:val="0"/>
        <w:autoSpaceDN w:val="0"/>
        <w:spacing w:after="0" w:line="262" w:lineRule="auto"/>
        <w:ind w:left="420" w:right="144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E63CD" w:rsidRPr="00265CB9" w:rsidRDefault="000B33DF">
      <w:pPr>
        <w:autoSpaceDE w:val="0"/>
        <w:autoSpaceDN w:val="0"/>
        <w:spacing w:before="238" w:after="0" w:line="262" w:lineRule="auto"/>
        <w:ind w:left="420" w:right="7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проявлять готовность руководить, выполнять поручения, подчиняться, самостоятельно разрешать конфликты;</w:t>
      </w:r>
    </w:p>
    <w:p w:rsidR="001E63CD" w:rsidRPr="00265CB9" w:rsidRDefault="000B33DF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ответственн</w:t>
      </w:r>
      <w:r w:rsidR="001A3D78">
        <w:rPr>
          <w:rFonts w:ascii="Times New Roman" w:eastAsia="Times New Roman" w:hAnsi="Times New Roman"/>
          <w:color w:val="000000"/>
          <w:sz w:val="24"/>
          <w:lang w:val="ru-RU"/>
        </w:rPr>
        <w:t xml:space="preserve">о выполнять свою часть работы;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оценивать свой вклад в общий результат;</w:t>
      </w:r>
    </w:p>
    <w:p w:rsidR="001E63CD" w:rsidRPr="00265CB9" w:rsidRDefault="000B33DF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выполнять совместные проектные задания с опорой на предложенные образцы.</w:t>
      </w:r>
    </w:p>
    <w:p w:rsidR="001E63CD" w:rsidRPr="00265CB9" w:rsidRDefault="000B33DF">
      <w:pPr>
        <w:tabs>
          <w:tab w:val="left" w:pos="180"/>
        </w:tabs>
        <w:autoSpaceDE w:val="0"/>
        <w:autoSpaceDN w:val="0"/>
        <w:spacing w:before="178" w:after="0" w:line="262" w:lineRule="auto"/>
        <w:rPr>
          <w:lang w:val="ru-RU"/>
        </w:rPr>
      </w:pPr>
      <w:r w:rsidRPr="00265CB9">
        <w:rPr>
          <w:lang w:val="ru-RU"/>
        </w:rPr>
        <w:tab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формируются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1E63CD" w:rsidRPr="00265CB9" w:rsidRDefault="000B33DF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Самоорганизация:</w:t>
      </w:r>
    </w:p>
    <w:p w:rsidR="001E63CD" w:rsidRPr="00265CB9" w:rsidRDefault="000B33DF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планировать действия по решению учебной задачи для получения результата;</w:t>
      </w:r>
    </w:p>
    <w:p w:rsidR="001E63CD" w:rsidRPr="00265CB9" w:rsidRDefault="000B33DF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выстраивать последовательность выбранных действий.</w:t>
      </w:r>
    </w:p>
    <w:p w:rsidR="001E63CD" w:rsidRPr="00265CB9" w:rsidRDefault="000B33D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Самоконтроль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1E63CD" w:rsidRPr="00265CB9" w:rsidRDefault="000B33DF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причины успеха/неудач учебной деятельности;</w:t>
      </w:r>
    </w:p>
    <w:p w:rsidR="001E63CD" w:rsidRPr="00265CB9" w:rsidRDefault="000B33DF">
      <w:pPr>
        <w:autoSpaceDE w:val="0"/>
        <w:autoSpaceDN w:val="0"/>
        <w:spacing w:before="238" w:after="0" w:line="262" w:lineRule="auto"/>
        <w:ind w:left="420" w:right="100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корректировать свои учебные действия для преодоления речевых ошибок и ошибок, связанных с анализом текстов;</w:t>
      </w:r>
    </w:p>
    <w:p w:rsidR="001E63CD" w:rsidRPr="00265CB9" w:rsidRDefault="000B33DF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соотносить результат деятельности с поставленной учебной задачей по анализу текстов;</w:t>
      </w:r>
    </w:p>
    <w:p w:rsidR="001E63CD" w:rsidRPr="00265CB9" w:rsidRDefault="000B33DF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ошибку, допущенную при работе с текстами;</w:t>
      </w:r>
    </w:p>
    <w:p w:rsidR="001E63CD" w:rsidRPr="00265CB9" w:rsidRDefault="000B33DF">
      <w:pPr>
        <w:autoSpaceDE w:val="0"/>
        <w:autoSpaceDN w:val="0"/>
        <w:spacing w:before="238" w:after="0" w:line="262" w:lineRule="auto"/>
        <w:ind w:left="420" w:right="576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1E63CD" w:rsidRPr="00265CB9" w:rsidRDefault="000B33DF">
      <w:pPr>
        <w:autoSpaceDE w:val="0"/>
        <w:autoSpaceDN w:val="0"/>
        <w:spacing w:before="32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1E63CD" w:rsidRPr="00265CB9" w:rsidRDefault="000B33DF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 классе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обучающийся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научится:</w:t>
      </w:r>
    </w:p>
    <w:p w:rsidR="001E63CD" w:rsidRPr="00265CB9" w:rsidRDefault="000B33DF">
      <w:pPr>
        <w:autoSpaceDE w:val="0"/>
        <w:autoSpaceDN w:val="0"/>
        <w:spacing w:before="178" w:after="0" w:line="262" w:lineRule="auto"/>
        <w:ind w:left="420" w:right="100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осознавать значимость чтения родной русской литературы для познания себя, мира, национальной истории и культуры;</w:t>
      </w:r>
    </w:p>
    <w:p w:rsidR="001E63CD" w:rsidRPr="00265CB9" w:rsidRDefault="000B33DF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владеть элементарными приёмами интерпретации произведений русской литературы;</w:t>
      </w:r>
    </w:p>
    <w:p w:rsidR="001E63CD" w:rsidRPr="00265CB9" w:rsidRDefault="000B33DF">
      <w:pPr>
        <w:autoSpaceDE w:val="0"/>
        <w:autoSpaceDN w:val="0"/>
        <w:spacing w:before="192" w:after="0" w:line="262" w:lineRule="auto"/>
        <w:ind w:left="420" w:right="7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опыт чтения произведений русской  литературы для речевого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самосовершенствования: участвовать в обсуждении прослушанного/прочитанного текста;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словарь учебника для получения дополнительной информации о значении слова;</w:t>
      </w:r>
    </w:p>
    <w:p w:rsidR="001E63CD" w:rsidRPr="00265CB9" w:rsidRDefault="000B33DF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читать наизусть стихотворные произведения по собственному выбору.</w:t>
      </w:r>
    </w:p>
    <w:p w:rsidR="001E63CD" w:rsidRPr="00265CB9" w:rsidRDefault="000B33DF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во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 классе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обучающийся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научится:</w:t>
      </w:r>
    </w:p>
    <w:p w:rsidR="001E63CD" w:rsidRPr="00265CB9" w:rsidRDefault="000B33DF">
      <w:pPr>
        <w:autoSpaceDE w:val="0"/>
        <w:autoSpaceDN w:val="0"/>
        <w:spacing w:before="298" w:after="0" w:line="262" w:lineRule="auto"/>
        <w:ind w:left="420" w:right="28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нравственном содержании прочитанного, соотносить поступки героев с нравственными нормами;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владеть элементарными представлениями о национальном своеобразии метафор,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олицетворений, эпитетов и видеть в тексте -данные средства художественной выразительности;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совершенствовать в процессе чтения произведений русской литературы читательские умения: читать вслух и про себя,</w:t>
      </w:r>
    </w:p>
    <w:p w:rsidR="001E63CD" w:rsidRPr="00265CB9" w:rsidRDefault="001E63CD">
      <w:pPr>
        <w:rPr>
          <w:lang w:val="ru-RU"/>
        </w:rPr>
        <w:sectPr w:rsidR="001E63CD" w:rsidRPr="00265CB9">
          <w:pgSz w:w="11900" w:h="16840"/>
          <w:pgMar w:top="328" w:right="740" w:bottom="372" w:left="666" w:header="720" w:footer="720" w:gutter="0"/>
          <w:cols w:space="720" w:equalWidth="0">
            <w:col w:w="10494" w:space="0"/>
          </w:cols>
          <w:docGrid w:linePitch="360"/>
        </w:sectPr>
      </w:pPr>
    </w:p>
    <w:p w:rsidR="001E63CD" w:rsidRPr="00265CB9" w:rsidRDefault="001E63CD">
      <w:pPr>
        <w:autoSpaceDE w:val="0"/>
        <w:autoSpaceDN w:val="0"/>
        <w:spacing w:after="72" w:line="220" w:lineRule="exact"/>
        <w:rPr>
          <w:lang w:val="ru-RU"/>
        </w:rPr>
      </w:pPr>
    </w:p>
    <w:p w:rsidR="001E63CD" w:rsidRPr="00265CB9" w:rsidRDefault="000B33DF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 владеть элементарными приёмами интерпретации художественных и учебных текстов;</w:t>
      </w:r>
    </w:p>
    <w:p w:rsidR="001E63CD" w:rsidRPr="00265CB9" w:rsidRDefault="000B33DF">
      <w:pPr>
        <w:autoSpaceDE w:val="0"/>
        <w:autoSpaceDN w:val="0"/>
        <w:spacing w:before="190" w:after="0" w:line="271" w:lineRule="auto"/>
        <w:ind w:left="240" w:right="7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опыт чтения произведений русской  литературы для речевого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самосовершенствования: участвовать в обсуждении прослушанного/прочитанного текста, доказывать и подтверждать собственное мнение ссылками на текст;</w:t>
      </w:r>
    </w:p>
    <w:p w:rsidR="001E63CD" w:rsidRPr="00265CB9" w:rsidRDefault="000B33DF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обогащать собственный круг чтения;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240" w:right="144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соотносить впечатления от прочитанных и прослушанных произведений с впечатлениями от других видов искусства.</w:t>
      </w:r>
    </w:p>
    <w:p w:rsidR="001E63CD" w:rsidRPr="00265CB9" w:rsidRDefault="000B33DF">
      <w:pPr>
        <w:autoSpaceDE w:val="0"/>
        <w:autoSpaceDN w:val="0"/>
        <w:spacing w:before="178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 классе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обучающийся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научится:</w:t>
      </w:r>
    </w:p>
    <w:p w:rsidR="001E63CD" w:rsidRPr="00265CB9" w:rsidRDefault="000B33DF">
      <w:pPr>
        <w:autoSpaceDE w:val="0"/>
        <w:autoSpaceDN w:val="0"/>
        <w:spacing w:before="180" w:after="0" w:line="262" w:lineRule="auto"/>
        <w:ind w:left="240" w:right="28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осознавать коммуникативно-эстетические возможности русского языка на основе изучения произведений русской литературы;</w:t>
      </w:r>
    </w:p>
    <w:p w:rsidR="001E63CD" w:rsidRPr="00265CB9" w:rsidRDefault="000B33DF">
      <w:pPr>
        <w:autoSpaceDE w:val="0"/>
        <w:autoSpaceDN w:val="0"/>
        <w:spacing w:before="192" w:after="0" w:line="262" w:lineRule="auto"/>
        <w:ind w:left="240" w:right="144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осознавать родную литературу как национально-культурную ценность народа, как средство сохранения и передачи нравственных ценностей и традиций;</w:t>
      </w:r>
    </w:p>
    <w:p w:rsidR="001E63CD" w:rsidRPr="00265CB9" w:rsidRDefault="000B33DF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давать и обосновывать нравственную оценку поступков героев;</w:t>
      </w:r>
    </w:p>
    <w:p w:rsidR="001E63CD" w:rsidRPr="00265CB9" w:rsidRDefault="000B33DF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 и анализа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художественных, научно-популярных и учебных текстов;</w:t>
      </w:r>
    </w:p>
    <w:p w:rsidR="001E63CD" w:rsidRPr="00265CB9" w:rsidRDefault="000B33DF">
      <w:pPr>
        <w:autoSpaceDE w:val="0"/>
        <w:autoSpaceDN w:val="0"/>
        <w:spacing w:before="190" w:after="0" w:line="281" w:lineRule="auto"/>
        <w:ind w:left="240" w:right="43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опыт чтения произведений русской  литературы для речевого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самосовершенствования: участвовать в обсуждении прослушанного/прочитанного текста, доказывать и подтверждать собственное мнение ссылками на текст; передавать содержание прочитанного или прослушанного с учётом специфики текста в виде пересказа (полного или краткого), пересказывать литературное произведение от имени одного из действующих лиц;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240" w:right="144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пользоваться справочными источниками для понимания текста и получения дополнительной информации.</w:t>
      </w:r>
    </w:p>
    <w:p w:rsidR="001E63CD" w:rsidRPr="00265CB9" w:rsidRDefault="000B33DF">
      <w:pPr>
        <w:autoSpaceDE w:val="0"/>
        <w:autoSpaceDN w:val="0"/>
        <w:spacing w:before="178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 классе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обучающийся </w:t>
      </w: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научится:</w:t>
      </w:r>
    </w:p>
    <w:p w:rsidR="001E63CD" w:rsidRPr="00265CB9" w:rsidRDefault="000B33DF">
      <w:pPr>
        <w:autoSpaceDE w:val="0"/>
        <w:autoSpaceDN w:val="0"/>
        <w:spacing w:before="178" w:after="0" w:line="262" w:lineRule="auto"/>
        <w:ind w:left="240" w:right="43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осознавать значимость чтения русской литературы для личного развития; для культурной самоидентификации;</w:t>
      </w:r>
    </w:p>
    <w:p w:rsidR="001E63CD" w:rsidRPr="00265CB9" w:rsidRDefault="000B33DF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определять позиции героев художественного текста, позицию автора художественного текста;</w:t>
      </w:r>
    </w:p>
    <w:p w:rsidR="001E63CD" w:rsidRPr="00265CB9" w:rsidRDefault="000B33DF">
      <w:pPr>
        <w:autoSpaceDE w:val="0"/>
        <w:autoSpaceDN w:val="0"/>
        <w:spacing w:before="192" w:after="0" w:line="271" w:lineRule="auto"/>
        <w:ind w:left="24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интерпретации, анализа и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преобразования художественных, научно-популярных и учебных текстов;</w:t>
      </w:r>
    </w:p>
    <w:p w:rsidR="001E63CD" w:rsidRPr="00265CB9" w:rsidRDefault="000B33DF">
      <w:pPr>
        <w:autoSpaceDE w:val="0"/>
        <w:autoSpaceDN w:val="0"/>
        <w:spacing w:before="190" w:after="0" w:line="281" w:lineRule="auto"/>
        <w:ind w:left="240" w:right="432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опыт чтения произведений русской  литературы для речевого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самосовершенствования: участвовать в обсуждении прослушанного/прочитанного текста, доказывать и подтверждать собственное мнение ссылками на текст; передавать содержание прочитанного или прослушанного с учётом специфики текста в виде пересказа (полного или краткого); составлять устный рассказ на основе прочитанных произведений с учётом коммуникативной задачи (для разных адресатов);</w:t>
      </w:r>
    </w:p>
    <w:p w:rsidR="001E63CD" w:rsidRPr="00265CB9" w:rsidRDefault="001A3D78">
      <w:pPr>
        <w:autoSpaceDE w:val="0"/>
        <w:autoSpaceDN w:val="0"/>
        <w:spacing w:before="190" w:after="0" w:line="262" w:lineRule="auto"/>
        <w:ind w:left="240" w:right="1152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 самостоятельно </w:t>
      </w:r>
      <w:r w:rsidR="000B33DF" w:rsidRPr="00265CB9">
        <w:rPr>
          <w:rFonts w:ascii="Times New Roman" w:eastAsia="Times New Roman" w:hAnsi="Times New Roman"/>
          <w:color w:val="000000"/>
          <w:sz w:val="24"/>
          <w:lang w:val="ru-RU"/>
        </w:rPr>
        <w:t>выбирать  интересующую  литературу,  формировать и обогащать собственный круг чтения;</w:t>
      </w:r>
    </w:p>
    <w:p w:rsidR="001E63CD" w:rsidRPr="00265CB9" w:rsidRDefault="000B33DF">
      <w:pPr>
        <w:autoSpaceDE w:val="0"/>
        <w:autoSpaceDN w:val="0"/>
        <w:spacing w:before="190" w:after="0" w:line="262" w:lineRule="auto"/>
        <w:ind w:left="240" w:right="144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—  пользоваться справочными источниками для понимания текста и получения дополнительной информации.</w:t>
      </w:r>
    </w:p>
    <w:p w:rsidR="001E63CD" w:rsidRPr="00265CB9" w:rsidRDefault="001E63CD">
      <w:pPr>
        <w:rPr>
          <w:lang w:val="ru-RU"/>
        </w:rPr>
        <w:sectPr w:rsidR="001E63CD" w:rsidRPr="00265CB9">
          <w:pgSz w:w="11900" w:h="16840"/>
          <w:pgMar w:top="292" w:right="724" w:bottom="444" w:left="846" w:header="720" w:footer="720" w:gutter="0"/>
          <w:cols w:space="720" w:equalWidth="0">
            <w:col w:w="10330" w:space="0"/>
          </w:cols>
          <w:docGrid w:linePitch="360"/>
        </w:sectPr>
      </w:pPr>
    </w:p>
    <w:p w:rsidR="001E63CD" w:rsidRPr="00265CB9" w:rsidRDefault="001E63CD">
      <w:pPr>
        <w:autoSpaceDE w:val="0"/>
        <w:autoSpaceDN w:val="0"/>
        <w:spacing w:after="64" w:line="220" w:lineRule="exact"/>
        <w:rPr>
          <w:lang w:val="ru-RU"/>
        </w:rPr>
      </w:pPr>
    </w:p>
    <w:p w:rsidR="001E63CD" w:rsidRDefault="000B33DF">
      <w:pPr>
        <w:autoSpaceDE w:val="0"/>
        <w:autoSpaceDN w:val="0"/>
        <w:spacing w:after="92" w:line="374" w:lineRule="auto"/>
        <w:ind w:right="11952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  <w:r>
        <w:br/>
      </w:r>
      <w:r>
        <w:rPr>
          <w:rFonts w:ascii="Times New Roman" w:eastAsia="Times New Roman" w:hAnsi="Times New Roman"/>
          <w:b/>
          <w:color w:val="000000"/>
          <w:sz w:val="18"/>
        </w:rPr>
        <w:t>1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28"/>
        <w:gridCol w:w="4262"/>
        <w:gridCol w:w="698"/>
        <w:gridCol w:w="2184"/>
        <w:gridCol w:w="2234"/>
        <w:gridCol w:w="5596"/>
      </w:tblGrid>
      <w:tr w:rsidR="001E63CD">
        <w:trPr>
          <w:trHeight w:hRule="exact" w:val="348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Pr="00265CB9" w:rsidRDefault="000B33DF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265CB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5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5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1E63CD">
        <w:trPr>
          <w:trHeight w:hRule="exact" w:val="348"/>
        </w:trPr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3CD" w:rsidRDefault="001E63CD"/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3CD" w:rsidRDefault="001E63CD"/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3CD" w:rsidRDefault="001E63CD"/>
        </w:tc>
      </w:tr>
      <w:tr w:rsidR="001E63CD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МИР ДЕТСТВА</w:t>
            </w:r>
          </w:p>
        </w:tc>
      </w:tr>
      <w:tr w:rsidR="001E63CD">
        <w:trPr>
          <w:trHeight w:hRule="exact" w:val="350"/>
        </w:trPr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2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Я и книги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55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http://school-collection.edu.ru/, https://www.uchportal.ru/load/46</w:t>
            </w:r>
          </w:p>
        </w:tc>
      </w:tr>
      <w:tr w:rsidR="001E63CD">
        <w:trPr>
          <w:trHeight w:hRule="exact" w:val="54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Я взрослею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http://school-collection.edu.ru/, https://www.uchportal.ru/load/46</w:t>
            </w:r>
          </w:p>
        </w:tc>
      </w:tr>
      <w:tr w:rsidR="001E63CD">
        <w:trPr>
          <w:trHeight w:hRule="exact" w:val="34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Я фантазирую и мечтаю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https://www.uchportal.ru/load/46</w:t>
            </w:r>
          </w:p>
        </w:tc>
      </w:tr>
      <w:tr w:rsidR="001E63CD">
        <w:trPr>
          <w:trHeight w:hRule="exact" w:val="348"/>
        </w:trPr>
        <w:tc>
          <w:tcPr>
            <w:tcW w:w="4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</w:t>
            </w:r>
          </w:p>
        </w:tc>
        <w:tc>
          <w:tcPr>
            <w:tcW w:w="100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1E63CD"/>
        </w:tc>
      </w:tr>
      <w:tr w:rsidR="001E63CD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РОССИЯ — РОДИНА МОЯ</w:t>
            </w:r>
          </w:p>
        </w:tc>
      </w:tr>
      <w:tr w:rsidR="001E63CD">
        <w:trPr>
          <w:trHeight w:hRule="exact" w:val="54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45" w:lineRule="auto"/>
              <w:ind w:left="72" w:right="3024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 xml:space="preserve">Что 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Родиной зовём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https://www.uchportal.ru/load/46, https://100ballnik.com</w:t>
            </w:r>
          </w:p>
        </w:tc>
      </w:tr>
      <w:tr w:rsidR="001E63CD">
        <w:trPr>
          <w:trHeight w:hRule="exact" w:val="34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О родной природе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https://www.uchportal.ru/load/46</w:t>
            </w:r>
          </w:p>
        </w:tc>
      </w:tr>
      <w:tr w:rsidR="001E63CD">
        <w:trPr>
          <w:trHeight w:hRule="exact" w:val="348"/>
        </w:trPr>
        <w:tc>
          <w:tcPr>
            <w:tcW w:w="4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00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1E63CD"/>
        </w:tc>
      </w:tr>
      <w:tr w:rsidR="001E63CD">
        <w:trPr>
          <w:trHeight w:hRule="exact" w:val="350"/>
        </w:trPr>
        <w:tc>
          <w:tcPr>
            <w:tcW w:w="4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014" w:type="dxa"/>
            <w:gridSpan w:val="3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1E63CD"/>
        </w:tc>
      </w:tr>
      <w:tr w:rsidR="001E63CD">
        <w:trPr>
          <w:trHeight w:hRule="exact" w:val="348"/>
        </w:trPr>
        <w:tc>
          <w:tcPr>
            <w:tcW w:w="4790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Pr="00265CB9" w:rsidRDefault="000B33DF">
            <w:pPr>
              <w:autoSpaceDE w:val="0"/>
              <w:autoSpaceDN w:val="0"/>
              <w:spacing w:before="74" w:after="0" w:line="230" w:lineRule="auto"/>
              <w:ind w:left="72"/>
              <w:rPr>
                <w:lang w:val="ru-RU"/>
              </w:rPr>
            </w:pPr>
            <w:r w:rsidRPr="00265CB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33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</w:t>
            </w:r>
          </w:p>
        </w:tc>
        <w:tc>
          <w:tcPr>
            <w:tcW w:w="55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1E63CD"/>
        </w:tc>
      </w:tr>
    </w:tbl>
    <w:p w:rsidR="001E63CD" w:rsidRDefault="000B33DF">
      <w:pPr>
        <w:autoSpaceDE w:val="0"/>
        <w:autoSpaceDN w:val="0"/>
        <w:spacing w:before="186" w:after="94" w:line="233" w:lineRule="auto"/>
      </w:pPr>
      <w:r>
        <w:rPr>
          <w:rFonts w:ascii="Times New Roman" w:eastAsia="Times New Roman" w:hAnsi="Times New Roman"/>
          <w:b/>
          <w:color w:val="000000"/>
          <w:sz w:val="18"/>
        </w:rPr>
        <w:t>2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56"/>
        <w:gridCol w:w="4418"/>
        <w:gridCol w:w="626"/>
        <w:gridCol w:w="1956"/>
        <w:gridCol w:w="1994"/>
        <w:gridCol w:w="6052"/>
      </w:tblGrid>
      <w:tr w:rsidR="001E63CD">
        <w:trPr>
          <w:trHeight w:hRule="exact" w:val="348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Pr="00265CB9" w:rsidRDefault="000B33DF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265CB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45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6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1E63CD">
        <w:trPr>
          <w:trHeight w:hRule="exact" w:val="348"/>
        </w:trPr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3CD" w:rsidRDefault="001E63CD"/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3CD" w:rsidRDefault="001E63CD"/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3CD" w:rsidRDefault="001E63CD"/>
        </w:tc>
      </w:tr>
      <w:tr w:rsidR="001E63CD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МИР ДЕТСТВА</w:t>
            </w:r>
          </w:p>
        </w:tc>
      </w:tr>
      <w:tr w:rsidR="001E63CD">
        <w:trPr>
          <w:trHeight w:hRule="exact" w:val="34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Я и книги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viki.rdf.ru, school- collection.edu.ru, https://infourok.ru, https://100ballnik.com</w:t>
            </w:r>
          </w:p>
        </w:tc>
      </w:tr>
      <w:tr w:rsidR="001E63CD">
        <w:trPr>
          <w:trHeight w:hRule="exact" w:val="54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Я взрослею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viki.rdf.ru, school- collection.edu.ru, https://infourok.ru</w:t>
            </w:r>
          </w:p>
        </w:tc>
      </w:tr>
      <w:tr w:rsidR="001E63CD">
        <w:trPr>
          <w:trHeight w:hRule="exact" w:val="34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Я  и моя семья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viki.rdf.ru, school- collection.edu.ru, https://infourok.ru</w:t>
            </w:r>
          </w:p>
        </w:tc>
      </w:tr>
      <w:tr w:rsidR="001E63CD">
        <w:trPr>
          <w:trHeight w:hRule="exact" w:val="542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Я фантазирую и мечтаю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viki.rdf.ru, school- collection.edu.ru, https://infourok.ru</w:t>
            </w:r>
          </w:p>
        </w:tc>
      </w:tr>
      <w:tr w:rsidR="001E63CD">
        <w:trPr>
          <w:trHeight w:hRule="exact" w:val="348"/>
        </w:trPr>
        <w:tc>
          <w:tcPr>
            <w:tcW w:w="4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</w:t>
            </w:r>
          </w:p>
        </w:tc>
        <w:tc>
          <w:tcPr>
            <w:tcW w:w="10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1E63CD"/>
        </w:tc>
      </w:tr>
      <w:tr w:rsidR="001E63CD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РОССИЯ — РОДИНА МОЯ</w:t>
            </w:r>
          </w:p>
        </w:tc>
      </w:tr>
      <w:tr w:rsidR="001E63CD">
        <w:trPr>
          <w:trHeight w:hRule="exact" w:val="34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Pr="00265CB9" w:rsidRDefault="000B33DF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265CB9"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  <w:lang w:val="ru-RU"/>
              </w:rPr>
              <w:t>Родная страна во все времена сынами сильна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viki.rdf.ru, school- collection.edu.ru</w:t>
            </w:r>
          </w:p>
        </w:tc>
      </w:tr>
      <w:tr w:rsidR="001E63CD">
        <w:trPr>
          <w:trHeight w:hRule="exact" w:val="60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Pr="00265CB9" w:rsidRDefault="000B33DF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265CB9"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  <w:lang w:val="ru-RU"/>
              </w:rPr>
              <w:t>Народные праздники, связанные с временами года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viki.rdf.ru, school- collection.edu.ru</w:t>
            </w:r>
          </w:p>
        </w:tc>
      </w:tr>
    </w:tbl>
    <w:p w:rsidR="001E63CD" w:rsidRDefault="001E63CD">
      <w:pPr>
        <w:autoSpaceDE w:val="0"/>
        <w:autoSpaceDN w:val="0"/>
        <w:spacing w:after="0" w:line="14" w:lineRule="exact"/>
      </w:pPr>
    </w:p>
    <w:p w:rsidR="001E63CD" w:rsidRDefault="001E63CD">
      <w:pPr>
        <w:sectPr w:rsidR="001E63CD">
          <w:pgSz w:w="16840" w:h="11900"/>
          <w:pgMar w:top="282" w:right="640" w:bottom="33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E63CD" w:rsidRDefault="001E63C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56"/>
        <w:gridCol w:w="4418"/>
        <w:gridCol w:w="626"/>
        <w:gridCol w:w="1956"/>
        <w:gridCol w:w="1994"/>
        <w:gridCol w:w="6052"/>
      </w:tblGrid>
      <w:tr w:rsidR="001E63CD">
        <w:trPr>
          <w:trHeight w:hRule="exact" w:val="34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О родной природе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viki.rdf.ru, school- collection.edu.ru</w:t>
            </w:r>
          </w:p>
        </w:tc>
      </w:tr>
      <w:tr w:rsidR="001E63CD">
        <w:trPr>
          <w:trHeight w:hRule="exact" w:val="348"/>
        </w:trPr>
        <w:tc>
          <w:tcPr>
            <w:tcW w:w="4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0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1E63CD"/>
        </w:tc>
      </w:tr>
      <w:tr w:rsidR="001E63CD">
        <w:trPr>
          <w:trHeight w:hRule="exact" w:val="348"/>
        </w:trPr>
        <w:tc>
          <w:tcPr>
            <w:tcW w:w="4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1E63CD"/>
        </w:tc>
      </w:tr>
      <w:tr w:rsidR="001E63CD">
        <w:trPr>
          <w:trHeight w:hRule="exact" w:val="348"/>
        </w:trPr>
        <w:tc>
          <w:tcPr>
            <w:tcW w:w="4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Pr="00265CB9" w:rsidRDefault="000B33DF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265CB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1E63CD"/>
        </w:tc>
      </w:tr>
    </w:tbl>
    <w:p w:rsidR="001E63CD" w:rsidRDefault="000B33DF">
      <w:pPr>
        <w:autoSpaceDE w:val="0"/>
        <w:autoSpaceDN w:val="0"/>
        <w:spacing w:before="188" w:after="94" w:line="233" w:lineRule="auto"/>
      </w:pPr>
      <w:r>
        <w:rPr>
          <w:rFonts w:ascii="Times New Roman" w:eastAsia="Times New Roman" w:hAnsi="Times New Roman"/>
          <w:b/>
          <w:color w:val="000000"/>
          <w:sz w:val="18"/>
        </w:rPr>
        <w:t>3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16"/>
        <w:gridCol w:w="4154"/>
        <w:gridCol w:w="674"/>
        <w:gridCol w:w="2124"/>
        <w:gridCol w:w="2186"/>
        <w:gridCol w:w="5848"/>
      </w:tblGrid>
      <w:tr w:rsidR="001E63CD">
        <w:trPr>
          <w:trHeight w:hRule="exact" w:val="350"/>
        </w:trPr>
        <w:tc>
          <w:tcPr>
            <w:tcW w:w="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80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Pr="00265CB9" w:rsidRDefault="000B33DF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 w:rsidRPr="00265CB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4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8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5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1E63CD">
        <w:trPr>
          <w:trHeight w:hRule="exact" w:val="348"/>
        </w:trPr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3CD" w:rsidRDefault="001E63CD"/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3CD" w:rsidRDefault="001E63CD"/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3CD" w:rsidRDefault="001E63CD"/>
        </w:tc>
      </w:tr>
      <w:tr w:rsidR="001E63CD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МИР ДЕТСТВА</w:t>
            </w:r>
          </w:p>
        </w:tc>
      </w:tr>
      <w:tr w:rsidR="001E63CD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Я и книги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https://obrazovaka.ru/krapivin- biografiya-kratko.html</w:t>
            </w:r>
          </w:p>
        </w:tc>
      </w:tr>
      <w:tr w:rsidR="001E63CD">
        <w:trPr>
          <w:trHeight w:hRule="exact" w:val="540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Я взрослею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https://www.stranamam.ru/post/1172730/</w:t>
            </w:r>
          </w:p>
        </w:tc>
      </w:tr>
      <w:tr w:rsidR="001E63CD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Я и моя семья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https://obrazovaka.ru/krapivin- biografiya-kratko.html</w:t>
            </w:r>
          </w:p>
        </w:tc>
      </w:tr>
      <w:tr w:rsidR="001E63CD">
        <w:trPr>
          <w:trHeight w:hRule="exact" w:val="92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45" w:lineRule="auto"/>
              <w:ind w:left="72" w:right="3024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 xml:space="preserve">Я фантазирую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и мечтаю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https://multi-mama.ru/stihi- chukovskogo-dlya-detei/</w:t>
            </w:r>
          </w:p>
        </w:tc>
      </w:tr>
      <w:tr w:rsidR="001E63CD">
        <w:trPr>
          <w:trHeight w:hRule="exact" w:val="348"/>
        </w:trPr>
        <w:tc>
          <w:tcPr>
            <w:tcW w:w="4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</w:t>
            </w:r>
          </w:p>
        </w:tc>
        <w:tc>
          <w:tcPr>
            <w:tcW w:w="10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1E63CD"/>
        </w:tc>
      </w:tr>
      <w:tr w:rsidR="001E63CD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РОССИЯ — РОДИНА МОЯ</w:t>
            </w:r>
          </w:p>
        </w:tc>
      </w:tr>
      <w:tr w:rsidR="001E63CD">
        <w:trPr>
          <w:trHeight w:hRule="exact" w:val="732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Pr="00265CB9" w:rsidRDefault="000B33DF">
            <w:pPr>
              <w:autoSpaceDE w:val="0"/>
              <w:autoSpaceDN w:val="0"/>
              <w:spacing w:before="76" w:after="0" w:line="245" w:lineRule="auto"/>
              <w:ind w:left="72" w:right="1872"/>
              <w:rPr>
                <w:lang w:val="ru-RU"/>
              </w:rPr>
            </w:pPr>
            <w:r w:rsidRPr="00265CB9"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  <w:lang w:val="ru-RU"/>
              </w:rPr>
              <w:t xml:space="preserve">Родная страна </w:t>
            </w:r>
            <w:r w:rsidRPr="00265CB9">
              <w:rPr>
                <w:lang w:val="ru-RU"/>
              </w:rPr>
              <w:br/>
            </w:r>
            <w:r w:rsidRPr="00265CB9"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  <w:lang w:val="ru-RU"/>
              </w:rPr>
              <w:t>во все времена сынами сильна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https://nauka.club/biografi/dezhnev- semen-ivanovich.html</w:t>
            </w:r>
          </w:p>
        </w:tc>
      </w:tr>
      <w:tr w:rsidR="001E63CD">
        <w:trPr>
          <w:trHeight w:hRule="exact" w:val="540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От праздника к празднику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https://kipmu.ru/pochemu-voskresene- nazyvaetsya-voskresenem/</w:t>
            </w:r>
          </w:p>
        </w:tc>
      </w:tr>
      <w:tr w:rsidR="001E63CD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О родной природе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https://multi-mama.ru/stixi-pro-zimu- dlya-detej-100-krasivyx-stixov/</w:t>
            </w:r>
          </w:p>
        </w:tc>
      </w:tr>
      <w:tr w:rsidR="001E63CD">
        <w:trPr>
          <w:trHeight w:hRule="exact" w:val="348"/>
        </w:trPr>
        <w:tc>
          <w:tcPr>
            <w:tcW w:w="4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</w:t>
            </w:r>
          </w:p>
        </w:tc>
        <w:tc>
          <w:tcPr>
            <w:tcW w:w="10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1E63CD"/>
        </w:tc>
      </w:tr>
      <w:tr w:rsidR="001E63CD">
        <w:trPr>
          <w:trHeight w:hRule="exact" w:val="348"/>
        </w:trPr>
        <w:tc>
          <w:tcPr>
            <w:tcW w:w="4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1E63CD"/>
        </w:tc>
      </w:tr>
      <w:tr w:rsidR="001E63CD">
        <w:trPr>
          <w:trHeight w:hRule="exact" w:val="348"/>
        </w:trPr>
        <w:tc>
          <w:tcPr>
            <w:tcW w:w="4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Pr="00265CB9" w:rsidRDefault="000B33DF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265CB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1E63CD"/>
        </w:tc>
      </w:tr>
    </w:tbl>
    <w:p w:rsidR="001E63CD" w:rsidRDefault="000B33DF">
      <w:pPr>
        <w:autoSpaceDE w:val="0"/>
        <w:autoSpaceDN w:val="0"/>
        <w:spacing w:before="190" w:after="94" w:line="233" w:lineRule="auto"/>
      </w:pPr>
      <w:r>
        <w:rPr>
          <w:rFonts w:ascii="Times New Roman" w:eastAsia="Times New Roman" w:hAnsi="Times New Roman"/>
          <w:b/>
          <w:color w:val="000000"/>
          <w:sz w:val="18"/>
        </w:rPr>
        <w:t>4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52"/>
        <w:gridCol w:w="4394"/>
        <w:gridCol w:w="722"/>
        <w:gridCol w:w="2256"/>
        <w:gridCol w:w="2306"/>
        <w:gridCol w:w="5272"/>
      </w:tblGrid>
      <w:tr w:rsidR="001E63CD">
        <w:trPr>
          <w:trHeight w:hRule="exact" w:val="348"/>
        </w:trPr>
        <w:tc>
          <w:tcPr>
            <w:tcW w:w="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Pr="00265CB9" w:rsidRDefault="000B33DF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265CB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5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5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1E63CD">
        <w:trPr>
          <w:trHeight w:hRule="exact" w:val="348"/>
        </w:trPr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3CD" w:rsidRDefault="001E63CD"/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3CD" w:rsidRDefault="001E63CD"/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3CD" w:rsidRDefault="001E63CD"/>
        </w:tc>
      </w:tr>
      <w:tr w:rsidR="001E63CD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МИР ДЕТСТВА</w:t>
            </w:r>
          </w:p>
        </w:tc>
      </w:tr>
      <w:tr w:rsidR="001E63CD">
        <w:trPr>
          <w:trHeight w:hRule="exact" w:val="52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Я и книги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https://infourok.ru, https://100ballnik.com</w:t>
            </w:r>
          </w:p>
        </w:tc>
      </w:tr>
    </w:tbl>
    <w:p w:rsidR="001E63CD" w:rsidRDefault="001E63CD">
      <w:pPr>
        <w:autoSpaceDE w:val="0"/>
        <w:autoSpaceDN w:val="0"/>
        <w:spacing w:after="0" w:line="14" w:lineRule="exact"/>
      </w:pPr>
    </w:p>
    <w:p w:rsidR="001E63CD" w:rsidRDefault="001E63CD">
      <w:pPr>
        <w:sectPr w:rsidR="001E63CD">
          <w:pgSz w:w="16840" w:h="11900"/>
          <w:pgMar w:top="284" w:right="640" w:bottom="39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E63CD" w:rsidRDefault="001E63C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52"/>
        <w:gridCol w:w="4394"/>
        <w:gridCol w:w="722"/>
        <w:gridCol w:w="2256"/>
        <w:gridCol w:w="2306"/>
        <w:gridCol w:w="5272"/>
      </w:tblGrid>
      <w:tr w:rsidR="001E63CD">
        <w:trPr>
          <w:trHeight w:hRule="exact" w:val="54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Я взрослею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</w:t>
            </w:r>
          </w:p>
        </w:tc>
      </w:tr>
      <w:tr w:rsidR="001E63CD">
        <w:trPr>
          <w:trHeight w:hRule="exact" w:val="348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Я и моя семья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https://100ballnik.com</w:t>
            </w:r>
          </w:p>
        </w:tc>
      </w:tr>
      <w:tr w:rsidR="001E63CD">
        <w:trPr>
          <w:trHeight w:hRule="exact" w:val="92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45" w:lineRule="auto"/>
              <w:ind w:left="72" w:right="3168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 xml:space="preserve">Я фантазирую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и мечтаю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https://100ballnik.com, https://infourok.ru</w:t>
            </w:r>
          </w:p>
        </w:tc>
      </w:tr>
      <w:tr w:rsidR="001E63CD">
        <w:trPr>
          <w:trHeight w:hRule="exact" w:val="348"/>
        </w:trPr>
        <w:tc>
          <w:tcPr>
            <w:tcW w:w="4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</w:t>
            </w:r>
          </w:p>
        </w:tc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1E63CD"/>
        </w:tc>
      </w:tr>
      <w:tr w:rsidR="001E63CD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РОССИЯ — РОДИНА МОЯ</w:t>
            </w:r>
          </w:p>
        </w:tc>
      </w:tr>
      <w:tr w:rsidR="001E63CD">
        <w:trPr>
          <w:trHeight w:hRule="exact" w:val="73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Pr="00265CB9" w:rsidRDefault="000B33DF">
            <w:pPr>
              <w:autoSpaceDE w:val="0"/>
              <w:autoSpaceDN w:val="0"/>
              <w:spacing w:before="76" w:after="0" w:line="245" w:lineRule="auto"/>
              <w:ind w:left="72" w:right="2016"/>
              <w:rPr>
                <w:lang w:val="ru-RU"/>
              </w:rPr>
            </w:pPr>
            <w:r w:rsidRPr="00265CB9"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  <w:lang w:val="ru-RU"/>
              </w:rPr>
              <w:t xml:space="preserve">Родная страна </w:t>
            </w:r>
            <w:r w:rsidRPr="00265CB9">
              <w:rPr>
                <w:lang w:val="ru-RU"/>
              </w:rPr>
              <w:br/>
            </w:r>
            <w:r w:rsidRPr="00265CB9"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  <w:lang w:val="ru-RU"/>
              </w:rPr>
              <w:t>во все времена сынами сильна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</w:t>
            </w:r>
          </w:p>
        </w:tc>
      </w:tr>
      <w:tr w:rsidR="001E63CD">
        <w:trPr>
          <w:trHeight w:hRule="exact" w:val="54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Что мы Родиной зовём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</w:t>
            </w:r>
          </w:p>
        </w:tc>
      </w:tr>
      <w:tr w:rsidR="001E63CD">
        <w:trPr>
          <w:trHeight w:hRule="exact" w:val="348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О родной природе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https://100ballnik.com, https://nsportal.ru</w:t>
            </w:r>
          </w:p>
        </w:tc>
      </w:tr>
      <w:tr w:rsidR="001E63CD">
        <w:trPr>
          <w:trHeight w:hRule="exact" w:val="348"/>
        </w:trPr>
        <w:tc>
          <w:tcPr>
            <w:tcW w:w="4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</w:t>
            </w:r>
          </w:p>
        </w:tc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1E63CD"/>
        </w:tc>
      </w:tr>
      <w:tr w:rsidR="001E63CD">
        <w:trPr>
          <w:trHeight w:hRule="exact" w:val="348"/>
        </w:trPr>
        <w:tc>
          <w:tcPr>
            <w:tcW w:w="4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1E63CD"/>
        </w:tc>
      </w:tr>
      <w:tr w:rsidR="001E63CD">
        <w:trPr>
          <w:trHeight w:hRule="exact" w:val="328"/>
        </w:trPr>
        <w:tc>
          <w:tcPr>
            <w:tcW w:w="4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Pr="00265CB9" w:rsidRDefault="000B33DF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265CB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0B33D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3CD" w:rsidRDefault="001E63CD"/>
        </w:tc>
      </w:tr>
    </w:tbl>
    <w:p w:rsidR="001E63CD" w:rsidRDefault="001E63CD">
      <w:pPr>
        <w:autoSpaceDE w:val="0"/>
        <w:autoSpaceDN w:val="0"/>
        <w:spacing w:after="0" w:line="14" w:lineRule="exact"/>
      </w:pPr>
    </w:p>
    <w:p w:rsidR="001E63CD" w:rsidRDefault="001E63CD">
      <w:pPr>
        <w:sectPr w:rsidR="001E63CD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E63CD" w:rsidRDefault="001E63CD">
      <w:pPr>
        <w:autoSpaceDE w:val="0"/>
        <w:autoSpaceDN w:val="0"/>
        <w:spacing w:after="78" w:line="220" w:lineRule="exact"/>
      </w:pPr>
    </w:p>
    <w:p w:rsidR="001E63CD" w:rsidRDefault="001E63CD">
      <w:pPr>
        <w:sectPr w:rsidR="001E63CD">
          <w:pgSz w:w="11900" w:h="16840"/>
          <w:pgMar w:top="284" w:right="650" w:bottom="6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E63CD" w:rsidRDefault="001E63CD">
      <w:pPr>
        <w:autoSpaceDE w:val="0"/>
        <w:autoSpaceDN w:val="0"/>
        <w:spacing w:after="78" w:line="220" w:lineRule="exact"/>
      </w:pPr>
    </w:p>
    <w:p w:rsidR="001E63CD" w:rsidRDefault="000B33DF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1E63CD" w:rsidRDefault="000B33DF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1E63CD" w:rsidRDefault="000B33DF">
      <w:pPr>
        <w:autoSpaceDE w:val="0"/>
        <w:autoSpaceDN w:val="0"/>
        <w:spacing w:before="262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1 КЛАСС</w:t>
      </w:r>
    </w:p>
    <w:p w:rsidR="001E63CD" w:rsidRPr="00265CB9" w:rsidRDefault="000B33DF">
      <w:pPr>
        <w:autoSpaceDE w:val="0"/>
        <w:autoSpaceDN w:val="0"/>
        <w:spacing w:before="166" w:after="0" w:line="281" w:lineRule="auto"/>
        <w:ind w:right="144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Литературное чтение на родном (русском) языке, 1 класс/ Кутейникова Н.Е.,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Синёва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О.В.; под редакцией Богданова С.И. ООО «Русское слово-учебник»;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Литературное чтение на родном русском языке:1 класс: учебное пособие для общеобразовательных организаций/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О.М.Александрова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М.И.Кузнецова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В.Ю.Романова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,-Москва: Просвещение, 2021-</w:t>
      </w:r>
      <w:r w:rsid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    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128 с.:</w:t>
      </w:r>
      <w:r w:rsid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ил.</w:t>
      </w:r>
    </w:p>
    <w:p w:rsidR="001E63CD" w:rsidRPr="00265CB9" w:rsidRDefault="000B33DF">
      <w:pPr>
        <w:autoSpaceDE w:val="0"/>
        <w:autoSpaceDN w:val="0"/>
        <w:spacing w:before="264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2 КЛАСС</w:t>
      </w:r>
    </w:p>
    <w:p w:rsidR="001E63CD" w:rsidRPr="00265CB9" w:rsidRDefault="000B33DF">
      <w:pPr>
        <w:autoSpaceDE w:val="0"/>
        <w:autoSpaceDN w:val="0"/>
        <w:spacing w:before="168" w:after="0" w:line="281" w:lineRule="auto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Литературное чтение на родном (русском) языке (в 2 частях), 2 класс/Кутейникова Н.Е.,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Синёва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О.В.; под редакцией Богданова С.И., ООО «Русское слово-учебник»;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Литературное чтение на родном русском языке:2 класс: учебное пособие для общеобразовательных организаций/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О.М.Александрова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М.И.Кузнецова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В.Ю.Романова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,-Москва: Просвещение, 2021-</w:t>
      </w:r>
      <w:r w:rsid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128 с.:</w:t>
      </w:r>
      <w:r w:rsid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ил.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3 КЛАСС</w:t>
      </w:r>
    </w:p>
    <w:p w:rsidR="001E63CD" w:rsidRPr="00265CB9" w:rsidRDefault="000B33DF">
      <w:pPr>
        <w:autoSpaceDE w:val="0"/>
        <w:autoSpaceDN w:val="0"/>
        <w:spacing w:before="166" w:after="0" w:line="281" w:lineRule="auto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Литературное чтение на родном (русском) языке (в 2 частях), 3 класс/Кутейникова Н.Е.,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Синёва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О.В.,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Дудова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Л.В.; под редакцией Богданова С.И., ООО «Русское слово-учебник»;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Литературное чтение на родном русском языке:3 класс: учебное пособие для общеобразовательных организаций/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О.М.Александрова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М.И.Кузнецова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В.Ю.Романова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,-Москва: Просвещение, 2021-128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с.:ил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4 КЛАСС</w:t>
      </w:r>
    </w:p>
    <w:p w:rsidR="001E63CD" w:rsidRPr="00265CB9" w:rsidRDefault="000B33DF">
      <w:pPr>
        <w:autoSpaceDE w:val="0"/>
        <w:autoSpaceDN w:val="0"/>
        <w:spacing w:before="166" w:after="0" w:line="281" w:lineRule="auto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Литературное чтение на родном (русском) языке (в 2 частях), 4 класс/Кутейникова Н.Е.,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Синёва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О.В.,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Дудова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Л.В.; под редакцией Богданова С.И., ООО «Русское слово-учебник»;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Литературное чтение на родном русском языке:4 класс: учебное пособие для общеобразовательных организаций/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О.М.Александрова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М.И.Кузнецова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В.Ю.Романова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,-Москва: Просвещение, 2021-</w:t>
      </w:r>
      <w:r w:rsid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128 с.:</w:t>
      </w:r>
      <w:r w:rsid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ил.</w:t>
      </w:r>
    </w:p>
    <w:p w:rsidR="001E63CD" w:rsidRPr="00265CB9" w:rsidRDefault="000B33DF">
      <w:pPr>
        <w:autoSpaceDE w:val="0"/>
        <w:autoSpaceDN w:val="0"/>
        <w:spacing w:before="264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1E63CD" w:rsidRPr="00265CB9" w:rsidRDefault="000B33DF">
      <w:pPr>
        <w:autoSpaceDE w:val="0"/>
        <w:autoSpaceDN w:val="0"/>
        <w:spacing w:before="264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1 КЛАСС</w:t>
      </w:r>
    </w:p>
    <w:p w:rsidR="001E63CD" w:rsidRPr="00265CB9" w:rsidRDefault="000B33DF">
      <w:pPr>
        <w:autoSpaceDE w:val="0"/>
        <w:autoSpaceDN w:val="0"/>
        <w:spacing w:before="166" w:after="0" w:line="262" w:lineRule="auto"/>
        <w:ind w:right="100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Примерная образовательная программа учебного предмета "Литературное чтение на родном (русском) языке".</w:t>
      </w:r>
    </w:p>
    <w:p w:rsidR="001E63CD" w:rsidRPr="00265CB9" w:rsidRDefault="000B33DF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Поурочные разработки по литературному чтению на родном русском языке.1 класс: пособие для учителя/Т.Н.Ситникова.-М.:ВАКО,2022.(В помощь школьному учителю). </w:t>
      </w:r>
    </w:p>
    <w:p w:rsidR="001E63CD" w:rsidRPr="00265CB9" w:rsidRDefault="000B33DF">
      <w:pPr>
        <w:autoSpaceDE w:val="0"/>
        <w:autoSpaceDN w:val="0"/>
        <w:spacing w:before="70" w:after="0" w:line="262" w:lineRule="auto"/>
        <w:ind w:right="216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Контрольно-измерительные материалы. Литературное чтение на родном русском языке.1класс/</w:t>
      </w:r>
      <w:proofErr w:type="gram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Сост.Т.Н.Ситникова,М,:</w:t>
      </w:r>
      <w:proofErr w:type="gram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ВАКО,2022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2 КЛАСС</w:t>
      </w:r>
    </w:p>
    <w:p w:rsidR="001E63CD" w:rsidRPr="00265CB9" w:rsidRDefault="000B33DF">
      <w:pPr>
        <w:autoSpaceDE w:val="0"/>
        <w:autoSpaceDN w:val="0"/>
        <w:spacing w:before="166" w:after="0" w:line="262" w:lineRule="auto"/>
        <w:ind w:right="100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Примерная образовательная программа учебного предмета "Литературное чтение на родном (русском) языке".</w:t>
      </w:r>
    </w:p>
    <w:p w:rsidR="001E63CD" w:rsidRPr="00265CB9" w:rsidRDefault="000B33DF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Поурочные разработки по литературному чтению на родном русском языке.2 </w:t>
      </w:r>
      <w:proofErr w:type="spellStart"/>
      <w:proofErr w:type="gram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класс:пособие</w:t>
      </w:r>
      <w:proofErr w:type="spellEnd"/>
      <w:proofErr w:type="gram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для учителя/Т.Н.Ситникова.-М.:ВАКО,2022.(В помощь школьному учителю). </w:t>
      </w:r>
    </w:p>
    <w:p w:rsidR="001E63CD" w:rsidRPr="00265CB9" w:rsidRDefault="000B33DF">
      <w:pPr>
        <w:autoSpaceDE w:val="0"/>
        <w:autoSpaceDN w:val="0"/>
        <w:spacing w:before="70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Контрольно-измерительные материалы. Литературное чтение на родном русском языке. 2</w:t>
      </w:r>
    </w:p>
    <w:p w:rsidR="001E63CD" w:rsidRPr="00265CB9" w:rsidRDefault="001E63CD">
      <w:pPr>
        <w:rPr>
          <w:lang w:val="ru-RU"/>
        </w:rPr>
        <w:sectPr w:rsidR="001E63CD" w:rsidRPr="00265CB9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E63CD" w:rsidRPr="00265CB9" w:rsidRDefault="001E63CD">
      <w:pPr>
        <w:autoSpaceDE w:val="0"/>
        <w:autoSpaceDN w:val="0"/>
        <w:spacing w:after="66" w:line="220" w:lineRule="exact"/>
        <w:rPr>
          <w:lang w:val="ru-RU"/>
        </w:rPr>
      </w:pPr>
    </w:p>
    <w:p w:rsidR="001E63CD" w:rsidRPr="00265CB9" w:rsidRDefault="000B33DF">
      <w:pPr>
        <w:autoSpaceDE w:val="0"/>
        <w:autoSpaceDN w:val="0"/>
        <w:spacing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класс/</w:t>
      </w:r>
      <w:proofErr w:type="gram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Сост.Т.Н.Ситникова,М,:</w:t>
      </w:r>
      <w:proofErr w:type="gram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ВАКО,2022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3 КЛАСС</w:t>
      </w:r>
    </w:p>
    <w:p w:rsidR="001E63CD" w:rsidRPr="00265CB9" w:rsidRDefault="000B33DF">
      <w:pPr>
        <w:autoSpaceDE w:val="0"/>
        <w:autoSpaceDN w:val="0"/>
        <w:spacing w:before="166" w:after="0" w:line="262" w:lineRule="auto"/>
        <w:ind w:right="7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Примерная образовательная программа учебного предмета "Литературное чтение на родном (русском) языке".</w:t>
      </w:r>
    </w:p>
    <w:p w:rsidR="001E63CD" w:rsidRPr="00265CB9" w:rsidRDefault="000B33DF">
      <w:pPr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Поурочные разработки по литературному чтению на родном русском языке.3 </w:t>
      </w:r>
      <w:proofErr w:type="spellStart"/>
      <w:proofErr w:type="gram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класс:пособие</w:t>
      </w:r>
      <w:proofErr w:type="spellEnd"/>
      <w:proofErr w:type="gram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для учителя/Т.Н.Ситникова.-М.:ВАКО,2022.-144с.-(В помощь школьному учителю). </w:t>
      </w:r>
    </w:p>
    <w:p w:rsidR="001E63CD" w:rsidRPr="00265CB9" w:rsidRDefault="000B33DF">
      <w:pPr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Контрольно-измерительные материалы. Литературное чтение на родном русском языке. 3 класс/</w:t>
      </w:r>
      <w:proofErr w:type="gram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Сост.Т.Н.Ситникова,М,:</w:t>
      </w:r>
      <w:proofErr w:type="gram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ВАКО,2022</w:t>
      </w:r>
    </w:p>
    <w:p w:rsidR="001E63CD" w:rsidRPr="00265CB9" w:rsidRDefault="000B33DF">
      <w:pPr>
        <w:autoSpaceDE w:val="0"/>
        <w:autoSpaceDN w:val="0"/>
        <w:spacing w:before="264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4 КЛАСС</w:t>
      </w:r>
    </w:p>
    <w:p w:rsidR="001E63CD" w:rsidRPr="00265CB9" w:rsidRDefault="000B33DF">
      <w:pPr>
        <w:autoSpaceDE w:val="0"/>
        <w:autoSpaceDN w:val="0"/>
        <w:spacing w:before="168" w:after="0" w:line="262" w:lineRule="auto"/>
        <w:ind w:right="720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Примерная образовательная программа учебного предмета "Литературное чтение на родном (русском) языке".</w:t>
      </w:r>
    </w:p>
    <w:p w:rsidR="001E63CD" w:rsidRPr="00265CB9" w:rsidRDefault="000B33DF">
      <w:pPr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Поурочные разработки по литературному чтению на родном русском языке.4 </w:t>
      </w:r>
      <w:proofErr w:type="spellStart"/>
      <w:proofErr w:type="gram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класс:пособие</w:t>
      </w:r>
      <w:proofErr w:type="spellEnd"/>
      <w:proofErr w:type="gram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для учителя/Т.Н.Ситникова.-М.:ВАКО,2022.(В помощь школьному учителю). </w:t>
      </w:r>
    </w:p>
    <w:p w:rsidR="001E63CD" w:rsidRPr="00265CB9" w:rsidRDefault="000B33DF">
      <w:pPr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Контрольно-измерительные материалы. Литературное чтение на родном русском языке. 4 класс/</w:t>
      </w:r>
      <w:proofErr w:type="gram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Сост.Т.Н.Ситникова,М,:</w:t>
      </w:r>
      <w:proofErr w:type="gram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ВАКО,2022</w:t>
      </w:r>
    </w:p>
    <w:p w:rsidR="001E63CD" w:rsidRPr="00265CB9" w:rsidRDefault="000B33DF">
      <w:pPr>
        <w:autoSpaceDE w:val="0"/>
        <w:autoSpaceDN w:val="0"/>
        <w:spacing w:before="38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1E63CD" w:rsidRPr="00265CB9" w:rsidRDefault="000B33DF">
      <w:pPr>
        <w:autoSpaceDE w:val="0"/>
        <w:autoSpaceDN w:val="0"/>
        <w:spacing w:before="262"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1 КЛАСС</w:t>
      </w:r>
    </w:p>
    <w:p w:rsidR="001E63CD" w:rsidRPr="00265CB9" w:rsidRDefault="000B33DF">
      <w:pPr>
        <w:autoSpaceDE w:val="0"/>
        <w:autoSpaceDN w:val="0"/>
        <w:spacing w:before="166" w:after="0" w:line="262" w:lineRule="auto"/>
        <w:ind w:right="1152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urok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.1</w:t>
      </w:r>
      <w:r>
        <w:rPr>
          <w:rFonts w:ascii="Times New Roman" w:eastAsia="Times New Roman" w:hAnsi="Times New Roman"/>
          <w:color w:val="000000"/>
          <w:sz w:val="24"/>
        </w:rPr>
        <w:t>sept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/,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lecta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rosuchebnik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proofErr w:type="gram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/ ,</w:t>
      </w:r>
      <w:proofErr w:type="gram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infourok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://100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ballnik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nsportal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1E63CD" w:rsidRDefault="000B33DF">
      <w:pPr>
        <w:autoSpaceDE w:val="0"/>
        <w:autoSpaceDN w:val="0"/>
        <w:spacing w:before="598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2 КЛАСС</w:t>
      </w:r>
    </w:p>
    <w:p w:rsidR="001E63CD" w:rsidRDefault="000B33DF">
      <w:pPr>
        <w:autoSpaceDE w:val="0"/>
        <w:autoSpaceDN w:val="0"/>
        <w:spacing w:before="166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viki.rdf.ru, school-collection.edu.ru, https://infourok.ru, https://100ballnik.com, https://nsportal.ru</w:t>
      </w:r>
    </w:p>
    <w:p w:rsidR="001E63CD" w:rsidRDefault="000B33DF">
      <w:pPr>
        <w:autoSpaceDE w:val="0"/>
        <w:autoSpaceDN w:val="0"/>
        <w:spacing w:before="262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3 КЛАСС</w:t>
      </w:r>
    </w:p>
    <w:p w:rsidR="001E63CD" w:rsidRDefault="000B33DF">
      <w:pPr>
        <w:autoSpaceDE w:val="0"/>
        <w:autoSpaceDN w:val="0"/>
        <w:spacing w:before="166" w:after="0" w:line="281" w:lineRule="auto"/>
      </w:pPr>
      <w:r>
        <w:rPr>
          <w:rFonts w:ascii="Times New Roman" w:eastAsia="Times New Roman" w:hAnsi="Times New Roman"/>
          <w:color w:val="000000"/>
          <w:sz w:val="24"/>
        </w:rPr>
        <w:t xml:space="preserve">https://www.stranamam.ru/post/1172730/ https://obrazovaka.ru/krapivin-biografiya-kratko.html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https://obrazovaka.ru/krapivin-biografiya-kratko.html https://multi-mama.ru/stihi-chukovskogo-dlya-detei/ https://nauka.club/biografi/dezhnev-semen-ivanovich.html https://kipmu.ru/pochemu-voskresene-nazyvaetsya-voskresenem/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https://multi-mama.ru/stixi-pro-zimu-dlya-detej-100-krasivyx-stixov/ http://school-collection.edu.ru/</w:t>
      </w:r>
    </w:p>
    <w:p w:rsidR="001E63CD" w:rsidRDefault="000B33DF">
      <w:pPr>
        <w:autoSpaceDE w:val="0"/>
        <w:autoSpaceDN w:val="0"/>
        <w:spacing w:before="262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4 КЛАСС</w:t>
      </w:r>
    </w:p>
    <w:p w:rsidR="001E63CD" w:rsidRDefault="000B33DF">
      <w:pPr>
        <w:autoSpaceDE w:val="0"/>
        <w:autoSpaceDN w:val="0"/>
        <w:spacing w:before="166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https://infourok.ru, https://100ballnik.com, https://nsportal.ru</w:t>
      </w:r>
    </w:p>
    <w:p w:rsidR="001E63CD" w:rsidRDefault="001E63CD">
      <w:pPr>
        <w:sectPr w:rsidR="001E63CD">
          <w:pgSz w:w="11900" w:h="16840"/>
          <w:pgMar w:top="286" w:right="952" w:bottom="1440" w:left="666" w:header="720" w:footer="720" w:gutter="0"/>
          <w:cols w:space="720" w:equalWidth="0">
            <w:col w:w="10282" w:space="0"/>
          </w:cols>
          <w:docGrid w:linePitch="360"/>
        </w:sectPr>
      </w:pPr>
    </w:p>
    <w:p w:rsidR="001E63CD" w:rsidRDefault="001E63CD">
      <w:pPr>
        <w:autoSpaceDE w:val="0"/>
        <w:autoSpaceDN w:val="0"/>
        <w:spacing w:after="78" w:line="220" w:lineRule="exact"/>
      </w:pPr>
    </w:p>
    <w:p w:rsidR="001E63CD" w:rsidRPr="00265CB9" w:rsidRDefault="000B33DF">
      <w:pPr>
        <w:autoSpaceDE w:val="0"/>
        <w:autoSpaceDN w:val="0"/>
        <w:spacing w:after="0" w:line="230" w:lineRule="auto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1E63CD" w:rsidRPr="00265CB9" w:rsidRDefault="000B33DF">
      <w:pPr>
        <w:autoSpaceDE w:val="0"/>
        <w:autoSpaceDN w:val="0"/>
        <w:spacing w:before="346" w:after="0" w:line="302" w:lineRule="auto"/>
        <w:ind w:right="4896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265CB9">
        <w:rPr>
          <w:lang w:val="ru-RU"/>
        </w:rPr>
        <w:br/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Мультимедийный проектор, ноутбук,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документкамера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1E63CD" w:rsidRPr="00265CB9" w:rsidRDefault="000B33DF">
      <w:pPr>
        <w:autoSpaceDE w:val="0"/>
        <w:autoSpaceDN w:val="0"/>
        <w:spacing w:before="262" w:after="0" w:line="302" w:lineRule="auto"/>
        <w:ind w:right="3024"/>
        <w:rPr>
          <w:lang w:val="ru-RU"/>
        </w:rPr>
      </w:pPr>
      <w:r w:rsidRPr="00265C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ПРОВЕДЕНИЯ ПРАКТИЧЕСКИХ РАБОТ </w:t>
      </w:r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 xml:space="preserve">Мультимедийный проектор, ноутбук, принтер, </w:t>
      </w:r>
      <w:proofErr w:type="spellStart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документкамера</w:t>
      </w:r>
      <w:proofErr w:type="spellEnd"/>
      <w:r w:rsidRPr="00265CB9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1E63CD" w:rsidRPr="00265CB9" w:rsidRDefault="001E63CD">
      <w:pPr>
        <w:rPr>
          <w:lang w:val="ru-RU"/>
        </w:rPr>
        <w:sectPr w:rsidR="001E63CD" w:rsidRPr="00265CB9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B33DF" w:rsidRPr="00265CB9" w:rsidRDefault="000B33DF">
      <w:pPr>
        <w:rPr>
          <w:lang w:val="ru-RU"/>
        </w:rPr>
      </w:pPr>
    </w:p>
    <w:sectPr w:rsidR="000B33DF" w:rsidRPr="00265CB9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B33DF"/>
    <w:rsid w:val="0015074B"/>
    <w:rsid w:val="00186CE6"/>
    <w:rsid w:val="001A3D78"/>
    <w:rsid w:val="001E63CD"/>
    <w:rsid w:val="0022054E"/>
    <w:rsid w:val="00265CB9"/>
    <w:rsid w:val="0029639D"/>
    <w:rsid w:val="002C3FA1"/>
    <w:rsid w:val="00326F90"/>
    <w:rsid w:val="003B6860"/>
    <w:rsid w:val="006F4976"/>
    <w:rsid w:val="00967B0B"/>
    <w:rsid w:val="00AA1D8D"/>
    <w:rsid w:val="00B47730"/>
    <w:rsid w:val="00CB0664"/>
    <w:rsid w:val="00DF7BC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A9524D60-F872-4AF5-8C42-DC8EE5FCC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967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967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F8EFE6-EB64-4ADA-8EE1-0C9EE0DC5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6019</Words>
  <Characters>34314</Characters>
  <Application>Microsoft Office Word</Application>
  <DocSecurity>0</DocSecurity>
  <Lines>285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40253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1</cp:lastModifiedBy>
  <cp:revision>5</cp:revision>
  <cp:lastPrinted>2023-10-12T09:15:00Z</cp:lastPrinted>
  <dcterms:created xsi:type="dcterms:W3CDTF">2023-10-12T09:06:00Z</dcterms:created>
  <dcterms:modified xsi:type="dcterms:W3CDTF">2023-11-07T17:51:00Z</dcterms:modified>
</cp:coreProperties>
</file>